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19BE4" w14:textId="25EB027F" w:rsidR="005C03AB" w:rsidRPr="00987005" w:rsidRDefault="00062D65">
      <w:pPr>
        <w:jc w:val="center"/>
        <w:rPr>
          <w:rFonts w:ascii="Trebuchet MS" w:hAnsi="Trebuchet MS"/>
          <w:sz w:val="28"/>
          <w:szCs w:val="28"/>
          <w:lang w:val="it-IT"/>
        </w:rPr>
      </w:pPr>
      <w:r w:rsidRPr="00987005">
        <w:rPr>
          <w:rFonts w:ascii="Trebuchet MS" w:hAnsi="Trebuchet MS"/>
          <w:b/>
          <w:sz w:val="28"/>
          <w:szCs w:val="28"/>
          <w:lang w:val="it-IT"/>
        </w:rPr>
        <w:t>ALLEGATO E – PIANO ECONOMICO-FINANZIARIO SEMPLIFICATO (PEF-S) –</w:t>
      </w:r>
    </w:p>
    <w:p w14:paraId="35567769" w14:textId="77777777" w:rsidR="005C03AB" w:rsidRDefault="00062D65">
      <w:pPr>
        <w:jc w:val="center"/>
        <w:rPr>
          <w:rFonts w:ascii="Trebuchet MS" w:hAnsi="Trebuchet MS"/>
          <w:lang w:val="it-IT"/>
        </w:rPr>
      </w:pPr>
      <w:r w:rsidRPr="00C026E1">
        <w:rPr>
          <w:rFonts w:ascii="Trebuchet MS" w:hAnsi="Trebuchet MS"/>
          <w:lang w:val="it-IT"/>
        </w:rPr>
        <w:t xml:space="preserve">Procedura aperta per l’affidamento in concessione del servizio di </w:t>
      </w:r>
      <w:r w:rsidR="0007414D">
        <w:rPr>
          <w:rFonts w:ascii="Trebuchet MS" w:hAnsi="Trebuchet MS"/>
          <w:lang w:val="it-IT"/>
        </w:rPr>
        <w:t xml:space="preserve">accertamento e riscossione, ordinaria e coattiva, del canone unico patrimoniale (canone di occupazione suolo pubblico e di esposizione pubblicitaria, canone patrimoniale per le aree mercatali a carattere permanente e pubbliche affissioni) del Comune di Montalto Dora, di cui alla legge 160/2019 e </w:t>
      </w:r>
      <w:proofErr w:type="spellStart"/>
      <w:r w:rsidR="0007414D">
        <w:rPr>
          <w:rFonts w:ascii="Trebuchet MS" w:hAnsi="Trebuchet MS"/>
          <w:lang w:val="it-IT"/>
        </w:rPr>
        <w:t>smi</w:t>
      </w:r>
      <w:proofErr w:type="spellEnd"/>
      <w:r w:rsidR="0007414D">
        <w:rPr>
          <w:rFonts w:ascii="Trebuchet MS" w:hAnsi="Trebuchet MS"/>
          <w:lang w:val="it-IT"/>
        </w:rPr>
        <w:t>.</w:t>
      </w:r>
    </w:p>
    <w:p w14:paraId="512FBB1B" w14:textId="113D44D4" w:rsidR="0007414D" w:rsidRPr="00C026E1" w:rsidRDefault="0007414D">
      <w:pPr>
        <w:jc w:val="center"/>
        <w:rPr>
          <w:rFonts w:ascii="Trebuchet MS" w:hAnsi="Trebuchet MS"/>
          <w:lang w:val="it-IT"/>
        </w:rPr>
      </w:pPr>
      <w:r>
        <w:rPr>
          <w:rFonts w:ascii="Trebuchet MS" w:hAnsi="Trebuchet MS"/>
          <w:lang w:val="it-IT"/>
        </w:rPr>
        <w:t>Periodo: 01/0</w:t>
      </w:r>
      <w:r w:rsidR="008822CE">
        <w:rPr>
          <w:rFonts w:ascii="Trebuchet MS" w:hAnsi="Trebuchet MS"/>
          <w:lang w:val="it-IT"/>
        </w:rPr>
        <w:t>5</w:t>
      </w:r>
      <w:r>
        <w:rPr>
          <w:rFonts w:ascii="Trebuchet MS" w:hAnsi="Trebuchet MS"/>
          <w:lang w:val="it-IT"/>
        </w:rPr>
        <w:t>/2026-3</w:t>
      </w:r>
      <w:r w:rsidR="008822CE">
        <w:rPr>
          <w:rFonts w:ascii="Trebuchet MS" w:hAnsi="Trebuchet MS"/>
          <w:lang w:val="it-IT"/>
        </w:rPr>
        <w:t>0</w:t>
      </w:r>
      <w:r>
        <w:rPr>
          <w:rFonts w:ascii="Trebuchet MS" w:hAnsi="Trebuchet MS"/>
          <w:lang w:val="it-IT"/>
        </w:rPr>
        <w:t>/0</w:t>
      </w:r>
      <w:r w:rsidR="008822CE">
        <w:rPr>
          <w:rFonts w:ascii="Trebuchet MS" w:hAnsi="Trebuchet MS"/>
          <w:lang w:val="it-IT"/>
        </w:rPr>
        <w:t>4</w:t>
      </w:r>
      <w:r>
        <w:rPr>
          <w:rFonts w:ascii="Trebuchet MS" w:hAnsi="Trebuchet MS"/>
          <w:lang w:val="it-IT"/>
        </w:rPr>
        <w:t>/2029</w:t>
      </w:r>
    </w:p>
    <w:p w14:paraId="2F29CAFC" w14:textId="77777777" w:rsidR="005C03AB" w:rsidRPr="00C026E1" w:rsidRDefault="005C03AB">
      <w:pPr>
        <w:rPr>
          <w:rFonts w:ascii="Trebuchet MS" w:hAnsi="Trebuchet MS"/>
          <w:lang w:val="it-IT"/>
        </w:rPr>
      </w:pPr>
    </w:p>
    <w:p w14:paraId="715CE6A8" w14:textId="77777777" w:rsidR="005C03AB" w:rsidRPr="00C026E1" w:rsidRDefault="00062D65">
      <w:pPr>
        <w:rPr>
          <w:rFonts w:ascii="Trebuchet MS" w:hAnsi="Trebuchet MS"/>
        </w:rPr>
      </w:pPr>
      <w:r w:rsidRPr="00C026E1">
        <w:rPr>
          <w:rFonts w:ascii="Trebuchet MS" w:hAnsi="Trebuchet MS"/>
          <w:b/>
        </w:rPr>
        <w:t>ISTRUZIONI DI COMPILAZIONE</w:t>
      </w:r>
    </w:p>
    <w:p w14:paraId="1409B551" w14:textId="77777777" w:rsidR="005C03AB" w:rsidRPr="00C026E1" w:rsidRDefault="00062D65">
      <w:pPr>
        <w:pStyle w:val="Puntoelenco"/>
        <w:rPr>
          <w:rFonts w:ascii="Trebuchet MS" w:hAnsi="Trebuchet MS"/>
          <w:lang w:val="it-IT"/>
        </w:rPr>
      </w:pPr>
      <w:r w:rsidRPr="00C026E1">
        <w:rPr>
          <w:rFonts w:ascii="Trebuchet MS" w:hAnsi="Trebuchet MS"/>
          <w:lang w:val="it-IT"/>
        </w:rPr>
        <w:t>Il PEF-S deve essere compilato esclusivamente utilizzando i dati e le ipotesi resi di</w:t>
      </w:r>
      <w:r w:rsidR="0007414D">
        <w:rPr>
          <w:rFonts w:ascii="Trebuchet MS" w:hAnsi="Trebuchet MS"/>
          <w:lang w:val="it-IT"/>
        </w:rPr>
        <w:t>s</w:t>
      </w:r>
      <w:r w:rsidRPr="00C026E1">
        <w:rPr>
          <w:rFonts w:ascii="Trebuchet MS" w:hAnsi="Trebuchet MS"/>
          <w:lang w:val="it-IT"/>
        </w:rPr>
        <w:t>ponibili dalla Stazione Appaltante nell’Allegato D (dati storici e metodologia</w:t>
      </w:r>
      <w:r w:rsidR="0007414D">
        <w:rPr>
          <w:rFonts w:ascii="Trebuchet MS" w:hAnsi="Trebuchet MS"/>
          <w:lang w:val="it-IT"/>
        </w:rPr>
        <w:t>)</w:t>
      </w:r>
      <w:r w:rsidRPr="00C026E1">
        <w:rPr>
          <w:rFonts w:ascii="Trebuchet MS" w:hAnsi="Trebuchet MS"/>
          <w:lang w:val="it-IT"/>
        </w:rPr>
        <w:t>.</w:t>
      </w:r>
    </w:p>
    <w:p w14:paraId="537DA8AF" w14:textId="77777777" w:rsidR="005C03AB" w:rsidRPr="00C026E1" w:rsidRDefault="0007414D">
      <w:pPr>
        <w:pStyle w:val="Puntoelenco"/>
        <w:rPr>
          <w:rFonts w:ascii="Trebuchet MS" w:hAnsi="Trebuchet MS"/>
          <w:lang w:val="it-IT"/>
        </w:rPr>
      </w:pPr>
      <w:r>
        <w:rPr>
          <w:rFonts w:ascii="Trebuchet MS" w:hAnsi="Trebuchet MS"/>
          <w:lang w:val="it-IT"/>
        </w:rPr>
        <w:t xml:space="preserve">La Commissione effettua la verifica di adeguatezza e sostenibilità del PEF-S dopo la conclusione della valutazione dell’offerta tecnica e dopo l’apertura della busta economica, e comunque prima dell’attribuzione del punteggio economico, ai sensi dell’art. 185, comma 5, del </w:t>
      </w:r>
      <w:proofErr w:type="spellStart"/>
      <w:r>
        <w:rPr>
          <w:rFonts w:ascii="Trebuchet MS" w:hAnsi="Trebuchet MS"/>
          <w:lang w:val="it-IT"/>
        </w:rPr>
        <w:t>D.Lgs.</w:t>
      </w:r>
      <w:proofErr w:type="spellEnd"/>
      <w:r>
        <w:rPr>
          <w:rFonts w:ascii="Trebuchet MS" w:hAnsi="Trebuchet MS"/>
          <w:lang w:val="it-IT"/>
        </w:rPr>
        <w:t xml:space="preserve"> 36/2023.</w:t>
      </w:r>
    </w:p>
    <w:p w14:paraId="16BD2DA0" w14:textId="77777777" w:rsidR="005C03AB" w:rsidRPr="00C026E1" w:rsidRDefault="005C03AB">
      <w:pPr>
        <w:rPr>
          <w:rFonts w:ascii="Trebuchet MS" w:hAnsi="Trebuchet MS"/>
          <w:lang w:val="it-IT"/>
        </w:rPr>
      </w:pPr>
    </w:p>
    <w:p w14:paraId="728C03C0" w14:textId="77777777" w:rsidR="005C03AB" w:rsidRPr="00C026E1" w:rsidRDefault="00062D65">
      <w:pPr>
        <w:rPr>
          <w:rFonts w:ascii="Trebuchet MS" w:hAnsi="Trebuchet MS"/>
        </w:rPr>
      </w:pPr>
      <w:r w:rsidRPr="00C026E1">
        <w:rPr>
          <w:rFonts w:ascii="Trebuchet MS" w:hAnsi="Trebuchet MS"/>
          <w:b/>
        </w:rPr>
        <w:t>1. DATI DEL CONCORRENTE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316"/>
        <w:gridCol w:w="4314"/>
      </w:tblGrid>
      <w:tr w:rsidR="005C03AB" w:rsidRPr="00C026E1" w14:paraId="23ABC4E8" w14:textId="77777777">
        <w:tc>
          <w:tcPr>
            <w:tcW w:w="4320" w:type="dxa"/>
          </w:tcPr>
          <w:p w14:paraId="0078D889" w14:textId="77777777" w:rsidR="005C03AB" w:rsidRPr="00C026E1" w:rsidRDefault="00062D65">
            <w:pPr>
              <w:rPr>
                <w:rFonts w:ascii="Trebuchet MS" w:hAnsi="Trebuchet MS"/>
              </w:rPr>
            </w:pPr>
            <w:proofErr w:type="spellStart"/>
            <w:r w:rsidRPr="00C026E1">
              <w:rPr>
                <w:rFonts w:ascii="Trebuchet MS" w:hAnsi="Trebuchet MS"/>
              </w:rPr>
              <w:t>Operatore</w:t>
            </w:r>
            <w:proofErr w:type="spellEnd"/>
            <w:r w:rsidRPr="00C026E1">
              <w:rPr>
                <w:rFonts w:ascii="Trebuchet MS" w:hAnsi="Trebuchet MS"/>
              </w:rPr>
              <w:t xml:space="preserve"> </w:t>
            </w:r>
            <w:proofErr w:type="spellStart"/>
            <w:r w:rsidRPr="00C026E1">
              <w:rPr>
                <w:rFonts w:ascii="Trebuchet MS" w:hAnsi="Trebuchet MS"/>
              </w:rPr>
              <w:t>economico</w:t>
            </w:r>
            <w:proofErr w:type="spellEnd"/>
            <w:r w:rsidRPr="00C026E1">
              <w:rPr>
                <w:rFonts w:ascii="Trebuchet MS" w:hAnsi="Trebuchet MS"/>
              </w:rPr>
              <w:t xml:space="preserve"> (</w:t>
            </w:r>
            <w:proofErr w:type="spellStart"/>
            <w:r w:rsidRPr="00C026E1">
              <w:rPr>
                <w:rFonts w:ascii="Trebuchet MS" w:hAnsi="Trebuchet MS"/>
              </w:rPr>
              <w:t>denominazione</w:t>
            </w:r>
            <w:proofErr w:type="spellEnd"/>
            <w:r w:rsidRPr="00C026E1">
              <w:rPr>
                <w:rFonts w:ascii="Trebuchet MS" w:hAnsi="Trebuchet MS"/>
              </w:rPr>
              <w:t>)</w:t>
            </w:r>
          </w:p>
        </w:tc>
        <w:tc>
          <w:tcPr>
            <w:tcW w:w="4320" w:type="dxa"/>
          </w:tcPr>
          <w:p w14:paraId="3717B5F2" w14:textId="77777777" w:rsidR="005C03AB" w:rsidRPr="00C026E1" w:rsidRDefault="005C03AB">
            <w:pPr>
              <w:rPr>
                <w:rFonts w:ascii="Trebuchet MS" w:hAnsi="Trebuchet MS"/>
              </w:rPr>
            </w:pPr>
          </w:p>
        </w:tc>
      </w:tr>
      <w:tr w:rsidR="005C03AB" w:rsidRPr="00C026E1" w14:paraId="69DF90AF" w14:textId="77777777">
        <w:tc>
          <w:tcPr>
            <w:tcW w:w="4320" w:type="dxa"/>
          </w:tcPr>
          <w:p w14:paraId="0FADBBDF" w14:textId="77777777" w:rsidR="005C03AB" w:rsidRPr="00C026E1" w:rsidRDefault="00062D65">
            <w:pPr>
              <w:rPr>
                <w:rFonts w:ascii="Trebuchet MS" w:hAnsi="Trebuchet MS"/>
              </w:rPr>
            </w:pPr>
            <w:r w:rsidRPr="00C026E1">
              <w:rPr>
                <w:rFonts w:ascii="Trebuchet MS" w:hAnsi="Trebuchet MS"/>
              </w:rPr>
              <w:t>CF / P.IVA</w:t>
            </w:r>
          </w:p>
        </w:tc>
        <w:tc>
          <w:tcPr>
            <w:tcW w:w="4320" w:type="dxa"/>
          </w:tcPr>
          <w:p w14:paraId="170D0759" w14:textId="77777777" w:rsidR="005C03AB" w:rsidRPr="00C026E1" w:rsidRDefault="005C03AB">
            <w:pPr>
              <w:rPr>
                <w:rFonts w:ascii="Trebuchet MS" w:hAnsi="Trebuchet MS"/>
              </w:rPr>
            </w:pPr>
          </w:p>
        </w:tc>
      </w:tr>
      <w:tr w:rsidR="005C03AB" w:rsidRPr="00C026E1" w14:paraId="3904A07E" w14:textId="77777777">
        <w:tc>
          <w:tcPr>
            <w:tcW w:w="4320" w:type="dxa"/>
          </w:tcPr>
          <w:p w14:paraId="40BE81FC" w14:textId="77777777" w:rsidR="005C03AB" w:rsidRPr="00C026E1" w:rsidRDefault="00062D65">
            <w:pPr>
              <w:rPr>
                <w:rFonts w:ascii="Trebuchet MS" w:hAnsi="Trebuchet MS"/>
              </w:rPr>
            </w:pPr>
            <w:proofErr w:type="spellStart"/>
            <w:r w:rsidRPr="00C026E1">
              <w:rPr>
                <w:rFonts w:ascii="Trebuchet MS" w:hAnsi="Trebuchet MS"/>
              </w:rPr>
              <w:t>Sede</w:t>
            </w:r>
            <w:proofErr w:type="spellEnd"/>
            <w:r w:rsidRPr="00C026E1">
              <w:rPr>
                <w:rFonts w:ascii="Trebuchet MS" w:hAnsi="Trebuchet MS"/>
              </w:rPr>
              <w:t xml:space="preserve"> </w:t>
            </w:r>
            <w:proofErr w:type="spellStart"/>
            <w:r w:rsidRPr="00C026E1">
              <w:rPr>
                <w:rFonts w:ascii="Trebuchet MS" w:hAnsi="Trebuchet MS"/>
              </w:rPr>
              <w:t>legale</w:t>
            </w:r>
            <w:proofErr w:type="spellEnd"/>
          </w:p>
        </w:tc>
        <w:tc>
          <w:tcPr>
            <w:tcW w:w="4320" w:type="dxa"/>
          </w:tcPr>
          <w:p w14:paraId="678D766A" w14:textId="77777777" w:rsidR="005C03AB" w:rsidRPr="00C026E1" w:rsidRDefault="005C03AB">
            <w:pPr>
              <w:rPr>
                <w:rFonts w:ascii="Trebuchet MS" w:hAnsi="Trebuchet MS"/>
              </w:rPr>
            </w:pPr>
          </w:p>
        </w:tc>
      </w:tr>
      <w:tr w:rsidR="005C03AB" w:rsidRPr="00EA643D" w14:paraId="7DA677F7" w14:textId="77777777">
        <w:tc>
          <w:tcPr>
            <w:tcW w:w="4320" w:type="dxa"/>
          </w:tcPr>
          <w:p w14:paraId="018DCF67" w14:textId="77777777" w:rsidR="005C03AB" w:rsidRPr="00C026E1" w:rsidRDefault="00062D65">
            <w:pPr>
              <w:rPr>
                <w:rFonts w:ascii="Trebuchet MS" w:hAnsi="Trebuchet MS"/>
                <w:lang w:val="it-IT"/>
              </w:rPr>
            </w:pPr>
            <w:r w:rsidRPr="00C026E1">
              <w:rPr>
                <w:rFonts w:ascii="Trebuchet MS" w:hAnsi="Trebuchet MS"/>
                <w:lang w:val="it-IT"/>
              </w:rPr>
              <w:t>Referente (nome, ruolo, e-mail, telefono)</w:t>
            </w:r>
          </w:p>
        </w:tc>
        <w:tc>
          <w:tcPr>
            <w:tcW w:w="4320" w:type="dxa"/>
          </w:tcPr>
          <w:p w14:paraId="385A5CCA" w14:textId="77777777" w:rsidR="005C03AB" w:rsidRPr="00C026E1" w:rsidRDefault="005C03AB">
            <w:pPr>
              <w:rPr>
                <w:rFonts w:ascii="Trebuchet MS" w:hAnsi="Trebuchet MS"/>
                <w:lang w:val="it-IT"/>
              </w:rPr>
            </w:pPr>
          </w:p>
        </w:tc>
      </w:tr>
      <w:tr w:rsidR="005C03AB" w:rsidRPr="00EA643D" w14:paraId="6BAC00B0" w14:textId="77777777">
        <w:tc>
          <w:tcPr>
            <w:tcW w:w="4320" w:type="dxa"/>
          </w:tcPr>
          <w:p w14:paraId="76552814" w14:textId="77777777" w:rsidR="005C03AB" w:rsidRPr="00C026E1" w:rsidRDefault="00062D65">
            <w:pPr>
              <w:rPr>
                <w:rFonts w:ascii="Trebuchet MS" w:hAnsi="Trebuchet MS"/>
                <w:lang w:val="it-IT"/>
              </w:rPr>
            </w:pPr>
            <w:r w:rsidRPr="00C026E1">
              <w:rPr>
                <w:rFonts w:ascii="Trebuchet MS" w:hAnsi="Trebuchet MS"/>
                <w:lang w:val="it-IT"/>
              </w:rPr>
              <w:t>Forma di partecipazione (singolo / RTI / consorzio / rete / GEIE)</w:t>
            </w:r>
          </w:p>
        </w:tc>
        <w:tc>
          <w:tcPr>
            <w:tcW w:w="4320" w:type="dxa"/>
          </w:tcPr>
          <w:p w14:paraId="3BEF7017" w14:textId="77777777" w:rsidR="005C03AB" w:rsidRPr="00C026E1" w:rsidRDefault="005C03AB">
            <w:pPr>
              <w:rPr>
                <w:rFonts w:ascii="Trebuchet MS" w:hAnsi="Trebuchet MS"/>
                <w:lang w:val="it-IT"/>
              </w:rPr>
            </w:pPr>
          </w:p>
        </w:tc>
      </w:tr>
    </w:tbl>
    <w:p w14:paraId="40A35414" w14:textId="77777777" w:rsidR="005C03AB" w:rsidRPr="00C026E1" w:rsidRDefault="005C03AB">
      <w:pPr>
        <w:rPr>
          <w:rFonts w:ascii="Trebuchet MS" w:hAnsi="Trebuchet MS"/>
          <w:lang w:val="it-IT"/>
        </w:rPr>
      </w:pPr>
    </w:p>
    <w:p w14:paraId="54DD4BB8" w14:textId="77777777" w:rsidR="007D10AD" w:rsidRDefault="00062D65">
      <w:pPr>
        <w:rPr>
          <w:rFonts w:ascii="Trebuchet MS" w:hAnsi="Trebuchet MS"/>
          <w:b/>
          <w:lang w:val="it-IT"/>
        </w:rPr>
      </w:pPr>
      <w:r w:rsidRPr="00C026E1">
        <w:rPr>
          <w:rFonts w:ascii="Trebuchet MS" w:hAnsi="Trebuchet MS"/>
          <w:b/>
          <w:lang w:val="it-IT"/>
        </w:rPr>
        <w:t xml:space="preserve">2. </w:t>
      </w:r>
      <w:r w:rsidR="007D10AD">
        <w:rPr>
          <w:rFonts w:ascii="Trebuchet MS" w:hAnsi="Trebuchet MS"/>
          <w:b/>
          <w:lang w:val="it-IT"/>
        </w:rPr>
        <w:t>COSTI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760"/>
        <w:gridCol w:w="2380"/>
      </w:tblGrid>
      <w:tr w:rsidR="00AA2379" w:rsidRPr="00AA2379" w14:paraId="73557615" w14:textId="77777777" w:rsidTr="00AA2379">
        <w:trPr>
          <w:trHeight w:val="288"/>
        </w:trPr>
        <w:tc>
          <w:tcPr>
            <w:tcW w:w="4760" w:type="dxa"/>
            <w:hideMark/>
          </w:tcPr>
          <w:p w14:paraId="48AEC47C" w14:textId="77777777" w:rsidR="00AA2379" w:rsidRPr="00AA2379" w:rsidRDefault="00AA2379">
            <w:pPr>
              <w:rPr>
                <w:rFonts w:ascii="Trebuchet MS" w:hAnsi="Trebuchet MS"/>
                <w:b/>
              </w:rPr>
            </w:pPr>
            <w:r w:rsidRPr="00AA2379">
              <w:rPr>
                <w:rFonts w:ascii="Trebuchet MS" w:hAnsi="Trebuchet MS"/>
                <w:b/>
              </w:rPr>
              <w:t xml:space="preserve">Data </w:t>
            </w:r>
            <w:proofErr w:type="spellStart"/>
            <w:r w:rsidRPr="00AA2379">
              <w:rPr>
                <w:rFonts w:ascii="Trebuchet MS" w:hAnsi="Trebuchet MS"/>
                <w:b/>
              </w:rPr>
              <w:t>avvio</w:t>
            </w:r>
            <w:proofErr w:type="spellEnd"/>
            <w:r w:rsidRPr="00AA2379">
              <w:rPr>
                <w:rFonts w:ascii="Trebuchet MS" w:hAnsi="Trebuchet MS"/>
                <w:b/>
              </w:rPr>
              <w:t xml:space="preserve"> </w:t>
            </w:r>
            <w:proofErr w:type="spellStart"/>
            <w:r w:rsidRPr="00AA2379">
              <w:rPr>
                <w:rFonts w:ascii="Trebuchet MS" w:hAnsi="Trebuchet MS"/>
                <w:b/>
              </w:rPr>
              <w:t>servizio</w:t>
            </w:r>
            <w:proofErr w:type="spellEnd"/>
          </w:p>
        </w:tc>
        <w:tc>
          <w:tcPr>
            <w:tcW w:w="2380" w:type="dxa"/>
            <w:hideMark/>
          </w:tcPr>
          <w:p w14:paraId="73B49F70" w14:textId="3231CC8E" w:rsidR="00AA2379" w:rsidRPr="00AA2379" w:rsidRDefault="00AA2379" w:rsidP="00AA2379">
            <w:pPr>
              <w:rPr>
                <w:rFonts w:ascii="Trebuchet MS" w:hAnsi="Trebuchet MS"/>
                <w:b/>
              </w:rPr>
            </w:pPr>
            <w:r w:rsidRPr="00AA2379">
              <w:rPr>
                <w:rFonts w:ascii="Trebuchet MS" w:hAnsi="Trebuchet MS"/>
                <w:b/>
              </w:rPr>
              <w:t>01/0</w:t>
            </w:r>
            <w:r w:rsidR="00EA643D">
              <w:rPr>
                <w:rFonts w:ascii="Trebuchet MS" w:hAnsi="Trebuchet MS"/>
                <w:b/>
              </w:rPr>
              <w:t>5</w:t>
            </w:r>
            <w:r w:rsidRPr="00AA2379">
              <w:rPr>
                <w:rFonts w:ascii="Trebuchet MS" w:hAnsi="Trebuchet MS"/>
                <w:b/>
              </w:rPr>
              <w:t>/2026</w:t>
            </w:r>
          </w:p>
        </w:tc>
      </w:tr>
      <w:tr w:rsidR="00AA2379" w:rsidRPr="00AA2379" w14:paraId="2952CBEC" w14:textId="77777777" w:rsidTr="00AA2379">
        <w:trPr>
          <w:trHeight w:val="288"/>
        </w:trPr>
        <w:tc>
          <w:tcPr>
            <w:tcW w:w="4760" w:type="dxa"/>
            <w:hideMark/>
          </w:tcPr>
          <w:p w14:paraId="30A00123" w14:textId="77777777" w:rsidR="00AA2379" w:rsidRPr="00AA2379" w:rsidRDefault="00AA2379">
            <w:pPr>
              <w:rPr>
                <w:rFonts w:ascii="Trebuchet MS" w:hAnsi="Trebuchet MS"/>
                <w:b/>
              </w:rPr>
            </w:pPr>
            <w:proofErr w:type="spellStart"/>
            <w:r w:rsidRPr="00AA2379">
              <w:rPr>
                <w:rFonts w:ascii="Trebuchet MS" w:hAnsi="Trebuchet MS"/>
                <w:b/>
              </w:rPr>
              <w:t>Durata</w:t>
            </w:r>
            <w:proofErr w:type="spellEnd"/>
            <w:r w:rsidRPr="00AA2379">
              <w:rPr>
                <w:rFonts w:ascii="Trebuchet MS" w:hAnsi="Trebuchet MS"/>
                <w:b/>
              </w:rPr>
              <w:t xml:space="preserve"> </w:t>
            </w:r>
            <w:proofErr w:type="spellStart"/>
            <w:r w:rsidRPr="00AA2379">
              <w:rPr>
                <w:rFonts w:ascii="Trebuchet MS" w:hAnsi="Trebuchet MS"/>
                <w:b/>
              </w:rPr>
              <w:t>concessione</w:t>
            </w:r>
            <w:proofErr w:type="spellEnd"/>
            <w:r w:rsidRPr="00AA2379">
              <w:rPr>
                <w:rFonts w:ascii="Trebuchet MS" w:hAnsi="Trebuchet MS"/>
                <w:b/>
              </w:rPr>
              <w:t xml:space="preserve"> (</w:t>
            </w:r>
            <w:proofErr w:type="spellStart"/>
            <w:r w:rsidRPr="00AA2379">
              <w:rPr>
                <w:rFonts w:ascii="Trebuchet MS" w:hAnsi="Trebuchet MS"/>
                <w:b/>
              </w:rPr>
              <w:t>mesi</w:t>
            </w:r>
            <w:proofErr w:type="spellEnd"/>
            <w:r w:rsidRPr="00AA2379">
              <w:rPr>
                <w:rFonts w:ascii="Trebuchet MS" w:hAnsi="Trebuchet MS"/>
                <w:b/>
              </w:rPr>
              <w:t>)</w:t>
            </w:r>
          </w:p>
        </w:tc>
        <w:tc>
          <w:tcPr>
            <w:tcW w:w="2380" w:type="dxa"/>
            <w:hideMark/>
          </w:tcPr>
          <w:p w14:paraId="055858C9" w14:textId="77777777" w:rsidR="00AA2379" w:rsidRPr="00AA2379" w:rsidRDefault="00AA2379" w:rsidP="00AA2379">
            <w:pPr>
              <w:rPr>
                <w:rFonts w:ascii="Trebuchet MS" w:hAnsi="Trebuchet MS"/>
                <w:b/>
              </w:rPr>
            </w:pPr>
            <w:r w:rsidRPr="00AA2379">
              <w:rPr>
                <w:rFonts w:ascii="Trebuchet MS" w:hAnsi="Trebuchet MS"/>
                <w:b/>
              </w:rPr>
              <w:t>36</w:t>
            </w:r>
          </w:p>
        </w:tc>
      </w:tr>
      <w:tr w:rsidR="00AA2379" w:rsidRPr="00AA2379" w14:paraId="6C555BEE" w14:textId="77777777" w:rsidTr="00AA2379">
        <w:trPr>
          <w:trHeight w:val="288"/>
        </w:trPr>
        <w:tc>
          <w:tcPr>
            <w:tcW w:w="4760" w:type="dxa"/>
            <w:hideMark/>
          </w:tcPr>
          <w:p w14:paraId="6865D959" w14:textId="77777777" w:rsidR="00AA2379" w:rsidRPr="00AA2379" w:rsidRDefault="00AA2379">
            <w:pPr>
              <w:rPr>
                <w:rFonts w:ascii="Trebuchet MS" w:hAnsi="Trebuchet MS"/>
                <w:b/>
              </w:rPr>
            </w:pPr>
            <w:proofErr w:type="spellStart"/>
            <w:r w:rsidRPr="00AA2379">
              <w:rPr>
                <w:rFonts w:ascii="Trebuchet MS" w:hAnsi="Trebuchet MS"/>
                <w:b/>
              </w:rPr>
              <w:t>Proroga</w:t>
            </w:r>
            <w:proofErr w:type="spellEnd"/>
            <w:r w:rsidRPr="00AA2379">
              <w:rPr>
                <w:rFonts w:ascii="Trebuchet MS" w:hAnsi="Trebuchet MS"/>
                <w:b/>
              </w:rPr>
              <w:t xml:space="preserve"> </w:t>
            </w:r>
            <w:proofErr w:type="spellStart"/>
            <w:r w:rsidRPr="00AA2379">
              <w:rPr>
                <w:rFonts w:ascii="Trebuchet MS" w:hAnsi="Trebuchet MS"/>
                <w:b/>
              </w:rPr>
              <w:t>tecnica</w:t>
            </w:r>
            <w:proofErr w:type="spellEnd"/>
            <w:r w:rsidRPr="00AA2379">
              <w:rPr>
                <w:rFonts w:ascii="Trebuchet MS" w:hAnsi="Trebuchet MS"/>
                <w:b/>
              </w:rPr>
              <w:t xml:space="preserve"> (</w:t>
            </w:r>
            <w:proofErr w:type="spellStart"/>
            <w:r w:rsidRPr="00AA2379">
              <w:rPr>
                <w:rFonts w:ascii="Trebuchet MS" w:hAnsi="Trebuchet MS"/>
                <w:b/>
              </w:rPr>
              <w:t>mesi</w:t>
            </w:r>
            <w:proofErr w:type="spellEnd"/>
            <w:r w:rsidRPr="00AA2379">
              <w:rPr>
                <w:rFonts w:ascii="Trebuchet MS" w:hAnsi="Trebuchet MS"/>
                <w:b/>
              </w:rPr>
              <w:t>: 0 o 6)</w:t>
            </w:r>
          </w:p>
        </w:tc>
        <w:tc>
          <w:tcPr>
            <w:tcW w:w="2380" w:type="dxa"/>
            <w:hideMark/>
          </w:tcPr>
          <w:p w14:paraId="26502983" w14:textId="77777777" w:rsidR="00AA2379" w:rsidRPr="00AA2379" w:rsidRDefault="00AA2379" w:rsidP="00AA2379">
            <w:pPr>
              <w:rPr>
                <w:rFonts w:ascii="Trebuchet MS" w:hAnsi="Trebuchet MS"/>
                <w:b/>
              </w:rPr>
            </w:pPr>
            <w:r w:rsidRPr="00AA2379">
              <w:rPr>
                <w:rFonts w:ascii="Trebuchet MS" w:hAnsi="Trebuchet MS"/>
                <w:b/>
              </w:rPr>
              <w:t>6</w:t>
            </w:r>
          </w:p>
        </w:tc>
      </w:tr>
      <w:tr w:rsidR="00AA2379" w:rsidRPr="00AA2379" w14:paraId="03FB0154" w14:textId="77777777" w:rsidTr="00AA2379">
        <w:trPr>
          <w:trHeight w:val="288"/>
        </w:trPr>
        <w:tc>
          <w:tcPr>
            <w:tcW w:w="4760" w:type="dxa"/>
            <w:hideMark/>
          </w:tcPr>
          <w:p w14:paraId="21B4B565" w14:textId="77777777" w:rsidR="00AA2379" w:rsidRPr="00AA2379" w:rsidRDefault="00AA2379">
            <w:pPr>
              <w:rPr>
                <w:rFonts w:ascii="Trebuchet MS" w:hAnsi="Trebuchet MS"/>
                <w:b/>
                <w:lang w:val="it-IT"/>
              </w:rPr>
            </w:pPr>
            <w:r w:rsidRPr="00AA2379">
              <w:rPr>
                <w:rFonts w:ascii="Trebuchet MS" w:hAnsi="Trebuchet MS"/>
                <w:b/>
                <w:lang w:val="it-IT"/>
              </w:rPr>
              <w:t>Minimo garantito per annualità contrattuale (MG)</w:t>
            </w:r>
          </w:p>
        </w:tc>
        <w:tc>
          <w:tcPr>
            <w:tcW w:w="2380" w:type="dxa"/>
            <w:hideMark/>
          </w:tcPr>
          <w:p w14:paraId="2C9FA7F4" w14:textId="77777777" w:rsidR="00AA2379" w:rsidRPr="00AA2379" w:rsidRDefault="00AA2379" w:rsidP="00AA2379">
            <w:pPr>
              <w:rPr>
                <w:rFonts w:ascii="Trebuchet MS" w:hAnsi="Trebuchet MS"/>
                <w:b/>
              </w:rPr>
            </w:pPr>
            <w:r w:rsidRPr="00AA2379">
              <w:rPr>
                <w:rFonts w:ascii="Trebuchet MS" w:hAnsi="Trebuchet MS"/>
                <w:b/>
              </w:rPr>
              <w:t>€ 15.000</w:t>
            </w:r>
          </w:p>
        </w:tc>
      </w:tr>
      <w:tr w:rsidR="00AA2379" w:rsidRPr="00AA2379" w14:paraId="629BF4DC" w14:textId="77777777" w:rsidTr="00AA2379">
        <w:trPr>
          <w:trHeight w:val="288"/>
        </w:trPr>
        <w:tc>
          <w:tcPr>
            <w:tcW w:w="7140" w:type="dxa"/>
            <w:gridSpan w:val="2"/>
            <w:hideMark/>
          </w:tcPr>
          <w:p w14:paraId="4F6EA425" w14:textId="77777777" w:rsidR="00AA2379" w:rsidRPr="00AA2379" w:rsidRDefault="00AA2379">
            <w:pPr>
              <w:rPr>
                <w:rFonts w:ascii="Trebuchet MS" w:hAnsi="Trebuchet MS"/>
                <w:b/>
                <w:bCs/>
              </w:rPr>
            </w:pPr>
            <w:proofErr w:type="spellStart"/>
            <w:r w:rsidRPr="00AA2379">
              <w:rPr>
                <w:rFonts w:ascii="Trebuchet MS" w:hAnsi="Trebuchet MS"/>
                <w:b/>
                <w:bCs/>
              </w:rPr>
              <w:t>Assunzioni</w:t>
            </w:r>
            <w:proofErr w:type="spellEnd"/>
            <w:r w:rsidRPr="00AA2379">
              <w:rPr>
                <w:rFonts w:ascii="Trebuchet MS" w:hAnsi="Trebuchet MS"/>
                <w:b/>
                <w:bCs/>
              </w:rPr>
              <w:t xml:space="preserve"> </w:t>
            </w:r>
            <w:proofErr w:type="spellStart"/>
            <w:r w:rsidRPr="00AA2379">
              <w:rPr>
                <w:rFonts w:ascii="Trebuchet MS" w:hAnsi="Trebuchet MS"/>
                <w:b/>
                <w:bCs/>
              </w:rPr>
              <w:t>gettito</w:t>
            </w:r>
            <w:proofErr w:type="spellEnd"/>
            <w:r w:rsidRPr="00AA2379">
              <w:rPr>
                <w:rFonts w:ascii="Trebuchet MS" w:hAnsi="Trebuchet MS"/>
                <w:b/>
                <w:bCs/>
              </w:rPr>
              <w:t xml:space="preserve"> e </w:t>
            </w:r>
            <w:proofErr w:type="spellStart"/>
            <w:r w:rsidRPr="00AA2379">
              <w:rPr>
                <w:rFonts w:ascii="Trebuchet MS" w:hAnsi="Trebuchet MS"/>
                <w:b/>
                <w:bCs/>
              </w:rPr>
              <w:t>rimborsi</w:t>
            </w:r>
            <w:proofErr w:type="spellEnd"/>
          </w:p>
        </w:tc>
      </w:tr>
      <w:tr w:rsidR="00AA2379" w:rsidRPr="00AA2379" w14:paraId="31BADE0B" w14:textId="77777777" w:rsidTr="00AA2379">
        <w:trPr>
          <w:trHeight w:val="288"/>
        </w:trPr>
        <w:tc>
          <w:tcPr>
            <w:tcW w:w="4760" w:type="dxa"/>
            <w:hideMark/>
          </w:tcPr>
          <w:p w14:paraId="140D7876" w14:textId="77777777" w:rsidR="00AA2379" w:rsidRPr="00AA2379" w:rsidRDefault="00AA2379">
            <w:pPr>
              <w:rPr>
                <w:rFonts w:ascii="Trebuchet MS" w:hAnsi="Trebuchet MS"/>
                <w:b/>
              </w:rPr>
            </w:pPr>
            <w:proofErr w:type="spellStart"/>
            <w:r w:rsidRPr="00AA2379">
              <w:rPr>
                <w:rFonts w:ascii="Trebuchet MS" w:hAnsi="Trebuchet MS"/>
                <w:b/>
              </w:rPr>
              <w:t>Gettito</w:t>
            </w:r>
            <w:proofErr w:type="spellEnd"/>
            <w:r w:rsidRPr="00AA2379">
              <w:rPr>
                <w:rFonts w:ascii="Trebuchet MS" w:hAnsi="Trebuchet MS"/>
                <w:b/>
              </w:rPr>
              <w:t xml:space="preserve"> </w:t>
            </w:r>
            <w:proofErr w:type="spellStart"/>
            <w:r w:rsidRPr="00AA2379">
              <w:rPr>
                <w:rFonts w:ascii="Trebuchet MS" w:hAnsi="Trebuchet MS"/>
                <w:b/>
              </w:rPr>
              <w:t>annuo</w:t>
            </w:r>
            <w:proofErr w:type="spellEnd"/>
            <w:r w:rsidRPr="00AA2379">
              <w:rPr>
                <w:rFonts w:ascii="Trebuchet MS" w:hAnsi="Trebuchet MS"/>
                <w:b/>
              </w:rPr>
              <w:t xml:space="preserve"> base (</w:t>
            </w:r>
            <w:proofErr w:type="spellStart"/>
            <w:r w:rsidRPr="00AA2379">
              <w:rPr>
                <w:rFonts w:ascii="Trebuchet MS" w:hAnsi="Trebuchet MS"/>
                <w:b/>
              </w:rPr>
              <w:t>riferimento</w:t>
            </w:r>
            <w:proofErr w:type="spellEnd"/>
            <w:r w:rsidRPr="00AA2379">
              <w:rPr>
                <w:rFonts w:ascii="Trebuchet MS" w:hAnsi="Trebuchet MS"/>
                <w:b/>
              </w:rPr>
              <w:t>)</w:t>
            </w:r>
          </w:p>
        </w:tc>
        <w:tc>
          <w:tcPr>
            <w:tcW w:w="2380" w:type="dxa"/>
            <w:hideMark/>
          </w:tcPr>
          <w:p w14:paraId="63D306DB" w14:textId="77777777" w:rsidR="00AA2379" w:rsidRPr="00AA2379" w:rsidRDefault="00AA2379" w:rsidP="00AA2379">
            <w:pPr>
              <w:rPr>
                <w:rFonts w:ascii="Trebuchet MS" w:hAnsi="Trebuchet MS"/>
                <w:b/>
              </w:rPr>
            </w:pPr>
            <w:r w:rsidRPr="00AA2379">
              <w:rPr>
                <w:rFonts w:ascii="Trebuchet MS" w:hAnsi="Trebuchet MS"/>
                <w:b/>
              </w:rPr>
              <w:t>€ 28.000</w:t>
            </w:r>
          </w:p>
        </w:tc>
      </w:tr>
      <w:tr w:rsidR="00AA2379" w:rsidRPr="00AA2379" w14:paraId="0C38972B" w14:textId="77777777" w:rsidTr="00AA2379">
        <w:trPr>
          <w:trHeight w:val="288"/>
        </w:trPr>
        <w:tc>
          <w:tcPr>
            <w:tcW w:w="4760" w:type="dxa"/>
            <w:hideMark/>
          </w:tcPr>
          <w:p w14:paraId="68E527B5" w14:textId="77777777" w:rsidR="00AA2379" w:rsidRPr="00AA2379" w:rsidRDefault="00AA2379">
            <w:pPr>
              <w:rPr>
                <w:rFonts w:ascii="Trebuchet MS" w:hAnsi="Trebuchet MS"/>
                <w:b/>
              </w:rPr>
            </w:pPr>
            <w:r w:rsidRPr="00AA2379">
              <w:rPr>
                <w:rFonts w:ascii="Trebuchet MS" w:hAnsi="Trebuchet MS"/>
                <w:b/>
              </w:rPr>
              <w:t xml:space="preserve">Tasso </w:t>
            </w:r>
            <w:proofErr w:type="spellStart"/>
            <w:r w:rsidRPr="00AA2379">
              <w:rPr>
                <w:rFonts w:ascii="Trebuchet MS" w:hAnsi="Trebuchet MS"/>
                <w:b/>
              </w:rPr>
              <w:t>crescita</w:t>
            </w:r>
            <w:proofErr w:type="spellEnd"/>
            <w:r w:rsidRPr="00AA2379">
              <w:rPr>
                <w:rFonts w:ascii="Trebuchet MS" w:hAnsi="Trebuchet MS"/>
                <w:b/>
              </w:rPr>
              <w:t xml:space="preserve"> </w:t>
            </w:r>
            <w:proofErr w:type="spellStart"/>
            <w:r w:rsidRPr="00AA2379">
              <w:rPr>
                <w:rFonts w:ascii="Trebuchet MS" w:hAnsi="Trebuchet MS"/>
                <w:b/>
              </w:rPr>
              <w:t>annuo</w:t>
            </w:r>
            <w:proofErr w:type="spellEnd"/>
            <w:r w:rsidRPr="00AA2379">
              <w:rPr>
                <w:rFonts w:ascii="Trebuchet MS" w:hAnsi="Trebuchet MS"/>
                <w:b/>
              </w:rPr>
              <w:t xml:space="preserve"> </w:t>
            </w:r>
            <w:proofErr w:type="spellStart"/>
            <w:r w:rsidRPr="00AA2379">
              <w:rPr>
                <w:rFonts w:ascii="Trebuchet MS" w:hAnsi="Trebuchet MS"/>
                <w:b/>
              </w:rPr>
              <w:t>gettito</w:t>
            </w:r>
            <w:proofErr w:type="spellEnd"/>
          </w:p>
        </w:tc>
        <w:tc>
          <w:tcPr>
            <w:tcW w:w="2380" w:type="dxa"/>
            <w:hideMark/>
          </w:tcPr>
          <w:p w14:paraId="3A31312E" w14:textId="77777777" w:rsidR="00AA2379" w:rsidRPr="00AA2379" w:rsidRDefault="00AA2379" w:rsidP="00AA2379">
            <w:pPr>
              <w:rPr>
                <w:rFonts w:ascii="Trebuchet MS" w:hAnsi="Trebuchet MS"/>
                <w:b/>
              </w:rPr>
            </w:pPr>
            <w:r w:rsidRPr="00AA2379">
              <w:rPr>
                <w:rFonts w:ascii="Trebuchet MS" w:hAnsi="Trebuchet MS"/>
                <w:b/>
              </w:rPr>
              <w:t>0,0%</w:t>
            </w:r>
          </w:p>
        </w:tc>
      </w:tr>
      <w:tr w:rsidR="00AA2379" w:rsidRPr="00AA2379" w14:paraId="60B9ACC8" w14:textId="77777777" w:rsidTr="00AA2379">
        <w:trPr>
          <w:trHeight w:val="288"/>
        </w:trPr>
        <w:tc>
          <w:tcPr>
            <w:tcW w:w="4760" w:type="dxa"/>
            <w:hideMark/>
          </w:tcPr>
          <w:p w14:paraId="720BFDD9" w14:textId="77777777" w:rsidR="00AA2379" w:rsidRPr="00AA2379" w:rsidRDefault="00AA2379">
            <w:pPr>
              <w:rPr>
                <w:rFonts w:ascii="Trebuchet MS" w:hAnsi="Trebuchet MS"/>
                <w:b/>
              </w:rPr>
            </w:pPr>
            <w:proofErr w:type="spellStart"/>
            <w:r w:rsidRPr="00AA2379">
              <w:rPr>
                <w:rFonts w:ascii="Trebuchet MS" w:hAnsi="Trebuchet MS"/>
                <w:b/>
              </w:rPr>
              <w:t>Rimborsi</w:t>
            </w:r>
            <w:proofErr w:type="spellEnd"/>
            <w:r w:rsidRPr="00AA2379">
              <w:rPr>
                <w:rFonts w:ascii="Trebuchet MS" w:hAnsi="Trebuchet MS"/>
                <w:b/>
              </w:rPr>
              <w:t xml:space="preserve"> </w:t>
            </w:r>
            <w:proofErr w:type="spellStart"/>
            <w:r w:rsidRPr="00AA2379">
              <w:rPr>
                <w:rFonts w:ascii="Trebuchet MS" w:hAnsi="Trebuchet MS"/>
                <w:b/>
              </w:rPr>
              <w:t>stimati</w:t>
            </w:r>
            <w:proofErr w:type="spellEnd"/>
            <w:r w:rsidRPr="00AA2379">
              <w:rPr>
                <w:rFonts w:ascii="Trebuchet MS" w:hAnsi="Trebuchet MS"/>
                <w:b/>
              </w:rPr>
              <w:t xml:space="preserve"> (% </w:t>
            </w:r>
            <w:proofErr w:type="spellStart"/>
            <w:r w:rsidRPr="00AA2379">
              <w:rPr>
                <w:rFonts w:ascii="Trebuchet MS" w:hAnsi="Trebuchet MS"/>
                <w:b/>
              </w:rPr>
              <w:t>incassi</w:t>
            </w:r>
            <w:proofErr w:type="spellEnd"/>
            <w:r w:rsidRPr="00AA2379">
              <w:rPr>
                <w:rFonts w:ascii="Trebuchet MS" w:hAnsi="Trebuchet MS"/>
                <w:b/>
              </w:rPr>
              <w:t xml:space="preserve"> </w:t>
            </w:r>
            <w:proofErr w:type="spellStart"/>
            <w:r w:rsidRPr="00AA2379">
              <w:rPr>
                <w:rFonts w:ascii="Trebuchet MS" w:hAnsi="Trebuchet MS"/>
                <w:b/>
              </w:rPr>
              <w:t>lordi</w:t>
            </w:r>
            <w:proofErr w:type="spellEnd"/>
            <w:r w:rsidRPr="00AA2379">
              <w:rPr>
                <w:rFonts w:ascii="Trebuchet MS" w:hAnsi="Trebuchet MS"/>
                <w:b/>
              </w:rPr>
              <w:t>)</w:t>
            </w:r>
          </w:p>
        </w:tc>
        <w:tc>
          <w:tcPr>
            <w:tcW w:w="2380" w:type="dxa"/>
            <w:hideMark/>
          </w:tcPr>
          <w:p w14:paraId="511654A2" w14:textId="77777777" w:rsidR="00AA2379" w:rsidRPr="00AA2379" w:rsidRDefault="00AA2379" w:rsidP="00AA2379">
            <w:pPr>
              <w:rPr>
                <w:rFonts w:ascii="Trebuchet MS" w:hAnsi="Trebuchet MS"/>
                <w:b/>
              </w:rPr>
            </w:pPr>
            <w:r w:rsidRPr="00AA2379">
              <w:rPr>
                <w:rFonts w:ascii="Trebuchet MS" w:hAnsi="Trebuchet MS"/>
                <w:b/>
              </w:rPr>
              <w:t>0,0%</w:t>
            </w:r>
          </w:p>
        </w:tc>
      </w:tr>
      <w:tr w:rsidR="00AA2379" w:rsidRPr="00AA2379" w14:paraId="308C90F5" w14:textId="77777777" w:rsidTr="00AA2379">
        <w:trPr>
          <w:trHeight w:val="288"/>
        </w:trPr>
        <w:tc>
          <w:tcPr>
            <w:tcW w:w="4760" w:type="dxa"/>
            <w:hideMark/>
          </w:tcPr>
          <w:p w14:paraId="4E265E01" w14:textId="77777777" w:rsidR="00AA2379" w:rsidRPr="00AA2379" w:rsidRDefault="00AA2379">
            <w:pPr>
              <w:rPr>
                <w:rFonts w:ascii="Trebuchet MS" w:hAnsi="Trebuchet MS"/>
                <w:b/>
              </w:rPr>
            </w:pPr>
            <w:r w:rsidRPr="00AA2379">
              <w:rPr>
                <w:rFonts w:ascii="Trebuchet MS" w:hAnsi="Trebuchet MS"/>
                <w:b/>
              </w:rPr>
              <w:t> </w:t>
            </w:r>
          </w:p>
        </w:tc>
        <w:tc>
          <w:tcPr>
            <w:tcW w:w="2380" w:type="dxa"/>
            <w:hideMark/>
          </w:tcPr>
          <w:p w14:paraId="30F1350A" w14:textId="77777777" w:rsidR="00AA2379" w:rsidRPr="00AA2379" w:rsidRDefault="00AA2379">
            <w:pPr>
              <w:rPr>
                <w:rFonts w:ascii="Trebuchet MS" w:hAnsi="Trebuchet MS"/>
                <w:b/>
              </w:rPr>
            </w:pPr>
            <w:r w:rsidRPr="00AA2379">
              <w:rPr>
                <w:rFonts w:ascii="Trebuchet MS" w:hAnsi="Trebuchet MS"/>
                <w:b/>
              </w:rPr>
              <w:t> </w:t>
            </w:r>
          </w:p>
        </w:tc>
      </w:tr>
      <w:tr w:rsidR="00AA2379" w:rsidRPr="00AA2379" w14:paraId="2A9DA2C4" w14:textId="77777777" w:rsidTr="00AA2379">
        <w:trPr>
          <w:trHeight w:val="288"/>
        </w:trPr>
        <w:tc>
          <w:tcPr>
            <w:tcW w:w="7140" w:type="dxa"/>
            <w:gridSpan w:val="2"/>
            <w:hideMark/>
          </w:tcPr>
          <w:p w14:paraId="1BA1D60E" w14:textId="77777777" w:rsidR="00AA2379" w:rsidRPr="00AA2379" w:rsidRDefault="00AA2379">
            <w:pPr>
              <w:rPr>
                <w:rFonts w:ascii="Trebuchet MS" w:hAnsi="Trebuchet MS"/>
                <w:b/>
                <w:bCs/>
              </w:rPr>
            </w:pPr>
            <w:r w:rsidRPr="00AA2379">
              <w:rPr>
                <w:rFonts w:ascii="Trebuchet MS" w:hAnsi="Trebuchet MS"/>
                <w:b/>
                <w:bCs/>
              </w:rPr>
              <w:lastRenderedPageBreak/>
              <w:t>Aggio</w:t>
            </w:r>
          </w:p>
        </w:tc>
      </w:tr>
      <w:tr w:rsidR="00AA2379" w:rsidRPr="00AA2379" w14:paraId="5D7AA1E8" w14:textId="77777777" w:rsidTr="00AA2379">
        <w:trPr>
          <w:trHeight w:val="288"/>
        </w:trPr>
        <w:tc>
          <w:tcPr>
            <w:tcW w:w="4760" w:type="dxa"/>
            <w:hideMark/>
          </w:tcPr>
          <w:p w14:paraId="7C79FE35" w14:textId="77777777" w:rsidR="00AA2379" w:rsidRPr="00AA2379" w:rsidRDefault="00AA2379">
            <w:pPr>
              <w:rPr>
                <w:rFonts w:ascii="Trebuchet MS" w:hAnsi="Trebuchet MS"/>
                <w:b/>
                <w:lang w:val="it-IT"/>
              </w:rPr>
            </w:pPr>
            <w:r w:rsidRPr="00AA2379">
              <w:rPr>
                <w:rFonts w:ascii="Trebuchet MS" w:hAnsi="Trebuchet MS"/>
                <w:b/>
                <w:lang w:val="it-IT"/>
              </w:rPr>
              <w:t>Aggio a base di gara</w:t>
            </w:r>
          </w:p>
        </w:tc>
        <w:tc>
          <w:tcPr>
            <w:tcW w:w="2380" w:type="dxa"/>
            <w:hideMark/>
          </w:tcPr>
          <w:p w14:paraId="6F1A429E" w14:textId="77777777" w:rsidR="00AA2379" w:rsidRPr="00AA2379" w:rsidRDefault="00AA2379" w:rsidP="00AA2379">
            <w:pPr>
              <w:rPr>
                <w:rFonts w:ascii="Trebuchet MS" w:hAnsi="Trebuchet MS"/>
                <w:b/>
              </w:rPr>
            </w:pPr>
            <w:r w:rsidRPr="00AA2379">
              <w:rPr>
                <w:rFonts w:ascii="Trebuchet MS" w:hAnsi="Trebuchet MS"/>
                <w:b/>
              </w:rPr>
              <w:t>40,0%</w:t>
            </w:r>
          </w:p>
        </w:tc>
      </w:tr>
      <w:tr w:rsidR="00AA2379" w:rsidRPr="00AA2379" w14:paraId="4C0F6C17" w14:textId="77777777" w:rsidTr="00AA2379">
        <w:trPr>
          <w:trHeight w:val="288"/>
        </w:trPr>
        <w:tc>
          <w:tcPr>
            <w:tcW w:w="4760" w:type="dxa"/>
            <w:hideMark/>
          </w:tcPr>
          <w:p w14:paraId="44A21A85" w14:textId="77777777" w:rsidR="00AA2379" w:rsidRPr="00AA2379" w:rsidRDefault="00AA2379">
            <w:pPr>
              <w:rPr>
                <w:rFonts w:ascii="Trebuchet MS" w:hAnsi="Trebuchet MS"/>
                <w:b/>
              </w:rPr>
            </w:pPr>
            <w:r w:rsidRPr="00AA2379">
              <w:rPr>
                <w:rFonts w:ascii="Trebuchet MS" w:hAnsi="Trebuchet MS"/>
                <w:b/>
              </w:rPr>
              <w:t xml:space="preserve">Aggio </w:t>
            </w:r>
            <w:proofErr w:type="spellStart"/>
            <w:r w:rsidRPr="00AA2379">
              <w:rPr>
                <w:rFonts w:ascii="Trebuchet MS" w:hAnsi="Trebuchet MS"/>
                <w:b/>
              </w:rPr>
              <w:t>offerto</w:t>
            </w:r>
            <w:proofErr w:type="spellEnd"/>
            <w:r w:rsidRPr="00AA2379">
              <w:rPr>
                <w:rFonts w:ascii="Trebuchet MS" w:hAnsi="Trebuchet MS"/>
                <w:b/>
              </w:rPr>
              <w:t xml:space="preserve"> (OE)</w:t>
            </w:r>
          </w:p>
        </w:tc>
        <w:tc>
          <w:tcPr>
            <w:tcW w:w="2380" w:type="dxa"/>
            <w:hideMark/>
          </w:tcPr>
          <w:p w14:paraId="19E046F9" w14:textId="77777777" w:rsidR="00AA2379" w:rsidRPr="00AA2379" w:rsidRDefault="00AA2379" w:rsidP="00AA2379">
            <w:pPr>
              <w:rPr>
                <w:rFonts w:ascii="Trebuchet MS" w:hAnsi="Trebuchet MS"/>
                <w:b/>
              </w:rPr>
            </w:pPr>
            <w:r w:rsidRPr="00AA2379">
              <w:rPr>
                <w:rFonts w:ascii="Trebuchet MS" w:hAnsi="Trebuchet MS"/>
                <w:b/>
              </w:rPr>
              <w:t>40,0%</w:t>
            </w:r>
          </w:p>
        </w:tc>
      </w:tr>
      <w:tr w:rsidR="00AA2379" w:rsidRPr="00AA2379" w14:paraId="7E39BD73" w14:textId="77777777" w:rsidTr="00AA2379">
        <w:trPr>
          <w:trHeight w:val="288"/>
        </w:trPr>
        <w:tc>
          <w:tcPr>
            <w:tcW w:w="4760" w:type="dxa"/>
            <w:hideMark/>
          </w:tcPr>
          <w:p w14:paraId="06B27996" w14:textId="77777777" w:rsidR="00AA2379" w:rsidRPr="00AA2379" w:rsidRDefault="00AA2379">
            <w:pPr>
              <w:rPr>
                <w:rFonts w:ascii="Trebuchet MS" w:hAnsi="Trebuchet MS"/>
                <w:b/>
              </w:rPr>
            </w:pPr>
            <w:r w:rsidRPr="00AA2379">
              <w:rPr>
                <w:rFonts w:ascii="Trebuchet MS" w:hAnsi="Trebuchet MS"/>
                <w:b/>
              </w:rPr>
              <w:t> </w:t>
            </w:r>
          </w:p>
        </w:tc>
        <w:tc>
          <w:tcPr>
            <w:tcW w:w="2380" w:type="dxa"/>
            <w:hideMark/>
          </w:tcPr>
          <w:p w14:paraId="07EF310F" w14:textId="77777777" w:rsidR="00AA2379" w:rsidRPr="00AA2379" w:rsidRDefault="00AA2379">
            <w:pPr>
              <w:rPr>
                <w:rFonts w:ascii="Trebuchet MS" w:hAnsi="Trebuchet MS"/>
                <w:b/>
              </w:rPr>
            </w:pPr>
            <w:r w:rsidRPr="00AA2379">
              <w:rPr>
                <w:rFonts w:ascii="Trebuchet MS" w:hAnsi="Trebuchet MS"/>
                <w:b/>
              </w:rPr>
              <w:t> </w:t>
            </w:r>
          </w:p>
        </w:tc>
      </w:tr>
      <w:tr w:rsidR="00AA2379" w:rsidRPr="00AA2379" w14:paraId="2F9D90A4" w14:textId="77777777" w:rsidTr="00AA2379">
        <w:trPr>
          <w:trHeight w:val="288"/>
        </w:trPr>
        <w:tc>
          <w:tcPr>
            <w:tcW w:w="7140" w:type="dxa"/>
            <w:gridSpan w:val="2"/>
            <w:hideMark/>
          </w:tcPr>
          <w:p w14:paraId="0825DD0A" w14:textId="77777777" w:rsidR="00AA2379" w:rsidRPr="00AA2379" w:rsidRDefault="00AA2379">
            <w:pPr>
              <w:rPr>
                <w:rFonts w:ascii="Trebuchet MS" w:hAnsi="Trebuchet MS"/>
                <w:b/>
                <w:bCs/>
              </w:rPr>
            </w:pPr>
            <w:proofErr w:type="spellStart"/>
            <w:r w:rsidRPr="00AA2379">
              <w:rPr>
                <w:rFonts w:ascii="Trebuchet MS" w:hAnsi="Trebuchet MS"/>
                <w:b/>
                <w:bCs/>
              </w:rPr>
              <w:t>Assunzioni</w:t>
            </w:r>
            <w:proofErr w:type="spellEnd"/>
            <w:r w:rsidRPr="00AA2379">
              <w:rPr>
                <w:rFonts w:ascii="Trebuchet MS" w:hAnsi="Trebuchet MS"/>
                <w:b/>
                <w:bCs/>
              </w:rPr>
              <w:t xml:space="preserve"> </w:t>
            </w:r>
            <w:proofErr w:type="spellStart"/>
            <w:r w:rsidRPr="00AA2379">
              <w:rPr>
                <w:rFonts w:ascii="Trebuchet MS" w:hAnsi="Trebuchet MS"/>
                <w:b/>
                <w:bCs/>
              </w:rPr>
              <w:t>costi</w:t>
            </w:r>
            <w:proofErr w:type="spellEnd"/>
            <w:r w:rsidRPr="00AA2379">
              <w:rPr>
                <w:rFonts w:ascii="Trebuchet MS" w:hAnsi="Trebuchet MS"/>
                <w:b/>
                <w:bCs/>
              </w:rPr>
              <w:t xml:space="preserve"> (</w:t>
            </w:r>
            <w:proofErr w:type="spellStart"/>
            <w:r w:rsidRPr="00AA2379">
              <w:rPr>
                <w:rFonts w:ascii="Trebuchet MS" w:hAnsi="Trebuchet MS"/>
                <w:b/>
                <w:bCs/>
              </w:rPr>
              <w:t>esempi</w:t>
            </w:r>
            <w:proofErr w:type="spellEnd"/>
            <w:r w:rsidRPr="00AA2379">
              <w:rPr>
                <w:rFonts w:ascii="Trebuchet MS" w:hAnsi="Trebuchet MS"/>
                <w:b/>
                <w:bCs/>
              </w:rPr>
              <w:t xml:space="preserve"> </w:t>
            </w:r>
            <w:proofErr w:type="spellStart"/>
            <w:r w:rsidRPr="00AA2379">
              <w:rPr>
                <w:rFonts w:ascii="Trebuchet MS" w:hAnsi="Trebuchet MS"/>
                <w:b/>
                <w:bCs/>
              </w:rPr>
              <w:t>modificabili</w:t>
            </w:r>
            <w:proofErr w:type="spellEnd"/>
            <w:r w:rsidRPr="00AA2379">
              <w:rPr>
                <w:rFonts w:ascii="Trebuchet MS" w:hAnsi="Trebuchet MS"/>
                <w:b/>
                <w:bCs/>
              </w:rPr>
              <w:t>)</w:t>
            </w:r>
          </w:p>
        </w:tc>
      </w:tr>
      <w:tr w:rsidR="00AA2379" w:rsidRPr="00AA2379" w14:paraId="6FF85FB4" w14:textId="77777777" w:rsidTr="00AA2379">
        <w:trPr>
          <w:trHeight w:val="288"/>
        </w:trPr>
        <w:tc>
          <w:tcPr>
            <w:tcW w:w="4760" w:type="dxa"/>
            <w:hideMark/>
          </w:tcPr>
          <w:p w14:paraId="4AC2AC68" w14:textId="77777777" w:rsidR="00AA2379" w:rsidRPr="00AA2379" w:rsidRDefault="00AA2379">
            <w:pPr>
              <w:rPr>
                <w:rFonts w:ascii="Trebuchet MS" w:hAnsi="Trebuchet MS"/>
                <w:b/>
                <w:lang w:val="it-IT"/>
              </w:rPr>
            </w:pPr>
            <w:r w:rsidRPr="00AA2379">
              <w:rPr>
                <w:rFonts w:ascii="Trebuchet MS" w:hAnsi="Trebuchet MS"/>
                <w:b/>
                <w:lang w:val="it-IT"/>
              </w:rPr>
              <w:t>Monte ore medio settimanale dedicate al Comune</w:t>
            </w:r>
          </w:p>
        </w:tc>
        <w:tc>
          <w:tcPr>
            <w:tcW w:w="2380" w:type="dxa"/>
            <w:hideMark/>
          </w:tcPr>
          <w:p w14:paraId="295D00E7" w14:textId="77777777" w:rsidR="00AA2379" w:rsidRPr="00AA2379" w:rsidRDefault="00AA2379" w:rsidP="00AA2379">
            <w:pPr>
              <w:rPr>
                <w:rFonts w:ascii="Trebuchet MS" w:hAnsi="Trebuchet MS"/>
                <w:b/>
              </w:rPr>
            </w:pPr>
            <w:r w:rsidRPr="00AA2379">
              <w:rPr>
                <w:rFonts w:ascii="Trebuchet MS" w:hAnsi="Trebuchet MS"/>
                <w:b/>
              </w:rPr>
              <w:t>0</w:t>
            </w:r>
          </w:p>
        </w:tc>
      </w:tr>
      <w:tr w:rsidR="00AA2379" w:rsidRPr="00AA2379" w14:paraId="4DCF712C" w14:textId="77777777" w:rsidTr="00AA2379">
        <w:trPr>
          <w:trHeight w:val="288"/>
        </w:trPr>
        <w:tc>
          <w:tcPr>
            <w:tcW w:w="4760" w:type="dxa"/>
            <w:hideMark/>
          </w:tcPr>
          <w:p w14:paraId="267C68AA" w14:textId="77777777" w:rsidR="00AA2379" w:rsidRPr="00AA2379" w:rsidRDefault="00AA2379">
            <w:pPr>
              <w:rPr>
                <w:rFonts w:ascii="Trebuchet MS" w:hAnsi="Trebuchet MS"/>
                <w:b/>
              </w:rPr>
            </w:pPr>
            <w:r w:rsidRPr="00AA2379">
              <w:rPr>
                <w:rFonts w:ascii="Trebuchet MS" w:hAnsi="Trebuchet MS"/>
                <w:b/>
              </w:rPr>
              <w:t xml:space="preserve">Costo medio </w:t>
            </w:r>
            <w:proofErr w:type="spellStart"/>
            <w:r w:rsidRPr="00AA2379">
              <w:rPr>
                <w:rFonts w:ascii="Trebuchet MS" w:hAnsi="Trebuchet MS"/>
                <w:b/>
              </w:rPr>
              <w:t>orario</w:t>
            </w:r>
            <w:proofErr w:type="spellEnd"/>
            <w:r w:rsidRPr="00AA2379">
              <w:rPr>
                <w:rFonts w:ascii="Trebuchet MS" w:hAnsi="Trebuchet MS"/>
                <w:b/>
              </w:rPr>
              <w:t xml:space="preserve"> (€/h)</w:t>
            </w:r>
          </w:p>
        </w:tc>
        <w:tc>
          <w:tcPr>
            <w:tcW w:w="2380" w:type="dxa"/>
            <w:hideMark/>
          </w:tcPr>
          <w:p w14:paraId="0DC8075F" w14:textId="77777777" w:rsidR="00AA2379" w:rsidRPr="00AA2379" w:rsidRDefault="00AA2379" w:rsidP="00AA2379">
            <w:pPr>
              <w:rPr>
                <w:rFonts w:ascii="Trebuchet MS" w:hAnsi="Trebuchet MS"/>
                <w:b/>
              </w:rPr>
            </w:pPr>
            <w:r w:rsidRPr="00AA2379">
              <w:rPr>
                <w:rFonts w:ascii="Trebuchet MS" w:hAnsi="Trebuchet MS"/>
                <w:b/>
              </w:rPr>
              <w:t>-</w:t>
            </w:r>
          </w:p>
        </w:tc>
      </w:tr>
      <w:tr w:rsidR="00AA2379" w:rsidRPr="00AA2379" w14:paraId="7DCA3FFA" w14:textId="77777777" w:rsidTr="00AA2379">
        <w:trPr>
          <w:trHeight w:val="288"/>
        </w:trPr>
        <w:tc>
          <w:tcPr>
            <w:tcW w:w="4760" w:type="dxa"/>
            <w:hideMark/>
          </w:tcPr>
          <w:p w14:paraId="2A357E86" w14:textId="77777777" w:rsidR="00AA2379" w:rsidRPr="00AA2379" w:rsidRDefault="00AA2379">
            <w:pPr>
              <w:rPr>
                <w:rFonts w:ascii="Trebuchet MS" w:hAnsi="Trebuchet MS"/>
                <w:b/>
              </w:rPr>
            </w:pPr>
            <w:r w:rsidRPr="00AA2379">
              <w:rPr>
                <w:rFonts w:ascii="Trebuchet MS" w:hAnsi="Trebuchet MS"/>
                <w:b/>
              </w:rPr>
              <w:t xml:space="preserve">Costi IT/Software </w:t>
            </w:r>
            <w:proofErr w:type="spellStart"/>
            <w:r w:rsidRPr="00AA2379">
              <w:rPr>
                <w:rFonts w:ascii="Trebuchet MS" w:hAnsi="Trebuchet MS"/>
                <w:b/>
              </w:rPr>
              <w:t>annui</w:t>
            </w:r>
            <w:proofErr w:type="spellEnd"/>
          </w:p>
        </w:tc>
        <w:tc>
          <w:tcPr>
            <w:tcW w:w="2380" w:type="dxa"/>
            <w:hideMark/>
          </w:tcPr>
          <w:p w14:paraId="6143B6D7" w14:textId="77777777" w:rsidR="00AA2379" w:rsidRPr="00AA2379" w:rsidRDefault="00AA2379" w:rsidP="00AA2379">
            <w:pPr>
              <w:rPr>
                <w:rFonts w:ascii="Trebuchet MS" w:hAnsi="Trebuchet MS"/>
                <w:b/>
              </w:rPr>
            </w:pPr>
            <w:r w:rsidRPr="00AA2379">
              <w:rPr>
                <w:rFonts w:ascii="Trebuchet MS" w:hAnsi="Trebuchet MS"/>
                <w:b/>
              </w:rPr>
              <w:t>-</w:t>
            </w:r>
          </w:p>
        </w:tc>
      </w:tr>
      <w:tr w:rsidR="00AA2379" w:rsidRPr="00AA2379" w14:paraId="5ED646B8" w14:textId="77777777" w:rsidTr="00AA2379">
        <w:trPr>
          <w:trHeight w:val="288"/>
        </w:trPr>
        <w:tc>
          <w:tcPr>
            <w:tcW w:w="4760" w:type="dxa"/>
            <w:hideMark/>
          </w:tcPr>
          <w:p w14:paraId="53054CE9" w14:textId="77777777" w:rsidR="00AA2379" w:rsidRPr="00AA2379" w:rsidRDefault="00AA2379">
            <w:pPr>
              <w:rPr>
                <w:rFonts w:ascii="Trebuchet MS" w:hAnsi="Trebuchet MS"/>
                <w:b/>
                <w:lang w:val="it-IT"/>
              </w:rPr>
            </w:pPr>
            <w:r w:rsidRPr="00AA2379">
              <w:rPr>
                <w:rFonts w:ascii="Trebuchet MS" w:hAnsi="Trebuchet MS"/>
                <w:b/>
                <w:lang w:val="it-IT"/>
              </w:rPr>
              <w:t>Spese postali/notifiche annue (stima)</w:t>
            </w:r>
          </w:p>
        </w:tc>
        <w:tc>
          <w:tcPr>
            <w:tcW w:w="2380" w:type="dxa"/>
            <w:hideMark/>
          </w:tcPr>
          <w:p w14:paraId="0D64607D" w14:textId="77777777" w:rsidR="00AA2379" w:rsidRPr="00AA2379" w:rsidRDefault="00AA2379" w:rsidP="00AA2379">
            <w:pPr>
              <w:rPr>
                <w:rFonts w:ascii="Trebuchet MS" w:hAnsi="Trebuchet MS"/>
                <w:b/>
              </w:rPr>
            </w:pPr>
            <w:r w:rsidRPr="00AA2379">
              <w:rPr>
                <w:rFonts w:ascii="Trebuchet MS" w:hAnsi="Trebuchet MS"/>
                <w:b/>
              </w:rPr>
              <w:t>-</w:t>
            </w:r>
          </w:p>
        </w:tc>
      </w:tr>
      <w:tr w:rsidR="00AA2379" w:rsidRPr="00AA2379" w14:paraId="5F98F7EE" w14:textId="77777777" w:rsidTr="00AA2379">
        <w:trPr>
          <w:trHeight w:val="288"/>
        </w:trPr>
        <w:tc>
          <w:tcPr>
            <w:tcW w:w="4760" w:type="dxa"/>
            <w:hideMark/>
          </w:tcPr>
          <w:p w14:paraId="5D63DA3B" w14:textId="77777777" w:rsidR="00AA2379" w:rsidRPr="00AA2379" w:rsidRDefault="00AA2379">
            <w:pPr>
              <w:rPr>
                <w:rFonts w:ascii="Trebuchet MS" w:hAnsi="Trebuchet MS"/>
                <w:b/>
              </w:rPr>
            </w:pPr>
            <w:proofErr w:type="spellStart"/>
            <w:r w:rsidRPr="00AA2379">
              <w:rPr>
                <w:rFonts w:ascii="Trebuchet MS" w:hAnsi="Trebuchet MS"/>
                <w:b/>
              </w:rPr>
              <w:t>Manutenzione</w:t>
            </w:r>
            <w:proofErr w:type="spellEnd"/>
            <w:r w:rsidRPr="00AA2379">
              <w:rPr>
                <w:rFonts w:ascii="Trebuchet MS" w:hAnsi="Trebuchet MS"/>
                <w:b/>
              </w:rPr>
              <w:t xml:space="preserve"> </w:t>
            </w:r>
            <w:proofErr w:type="spellStart"/>
            <w:r w:rsidRPr="00AA2379">
              <w:rPr>
                <w:rFonts w:ascii="Trebuchet MS" w:hAnsi="Trebuchet MS"/>
                <w:b/>
              </w:rPr>
              <w:t>impianti</w:t>
            </w:r>
            <w:proofErr w:type="spellEnd"/>
            <w:r w:rsidRPr="00AA2379">
              <w:rPr>
                <w:rFonts w:ascii="Trebuchet MS" w:hAnsi="Trebuchet MS"/>
                <w:b/>
              </w:rPr>
              <w:t xml:space="preserve"> </w:t>
            </w:r>
            <w:proofErr w:type="spellStart"/>
            <w:r w:rsidRPr="00AA2379">
              <w:rPr>
                <w:rFonts w:ascii="Trebuchet MS" w:hAnsi="Trebuchet MS"/>
                <w:b/>
              </w:rPr>
              <w:t>affissioni</w:t>
            </w:r>
            <w:proofErr w:type="spellEnd"/>
            <w:r w:rsidRPr="00AA2379">
              <w:rPr>
                <w:rFonts w:ascii="Trebuchet MS" w:hAnsi="Trebuchet MS"/>
                <w:b/>
              </w:rPr>
              <w:t xml:space="preserve"> annua</w:t>
            </w:r>
          </w:p>
        </w:tc>
        <w:tc>
          <w:tcPr>
            <w:tcW w:w="2380" w:type="dxa"/>
            <w:hideMark/>
          </w:tcPr>
          <w:p w14:paraId="5AB7FE05" w14:textId="77777777" w:rsidR="00AA2379" w:rsidRPr="00AA2379" w:rsidRDefault="00AA2379" w:rsidP="00AA2379">
            <w:pPr>
              <w:rPr>
                <w:rFonts w:ascii="Trebuchet MS" w:hAnsi="Trebuchet MS"/>
                <w:b/>
              </w:rPr>
            </w:pPr>
            <w:r w:rsidRPr="00AA2379">
              <w:rPr>
                <w:rFonts w:ascii="Trebuchet MS" w:hAnsi="Trebuchet MS"/>
                <w:b/>
              </w:rPr>
              <w:t>-</w:t>
            </w:r>
          </w:p>
        </w:tc>
      </w:tr>
      <w:tr w:rsidR="00AA2379" w:rsidRPr="00AA2379" w14:paraId="06F25B95" w14:textId="77777777" w:rsidTr="00AA2379">
        <w:trPr>
          <w:trHeight w:val="288"/>
        </w:trPr>
        <w:tc>
          <w:tcPr>
            <w:tcW w:w="4760" w:type="dxa"/>
            <w:hideMark/>
          </w:tcPr>
          <w:p w14:paraId="0A6C57CE" w14:textId="77777777" w:rsidR="00AA2379" w:rsidRPr="00AA2379" w:rsidRDefault="00AA2379">
            <w:pPr>
              <w:rPr>
                <w:rFonts w:ascii="Trebuchet MS" w:hAnsi="Trebuchet MS"/>
                <w:b/>
              </w:rPr>
            </w:pPr>
            <w:proofErr w:type="spellStart"/>
            <w:r w:rsidRPr="00AA2379">
              <w:rPr>
                <w:rFonts w:ascii="Trebuchet MS" w:hAnsi="Trebuchet MS"/>
                <w:b/>
              </w:rPr>
              <w:t>Assicurazione</w:t>
            </w:r>
            <w:proofErr w:type="spellEnd"/>
            <w:r w:rsidRPr="00AA2379">
              <w:rPr>
                <w:rFonts w:ascii="Trebuchet MS" w:hAnsi="Trebuchet MS"/>
                <w:b/>
              </w:rPr>
              <w:t xml:space="preserve"> RCT/RCO annua</w:t>
            </w:r>
          </w:p>
        </w:tc>
        <w:tc>
          <w:tcPr>
            <w:tcW w:w="2380" w:type="dxa"/>
            <w:hideMark/>
          </w:tcPr>
          <w:p w14:paraId="7971345A" w14:textId="77777777" w:rsidR="00AA2379" w:rsidRPr="00AA2379" w:rsidRDefault="00AA2379" w:rsidP="00AA2379">
            <w:pPr>
              <w:rPr>
                <w:rFonts w:ascii="Trebuchet MS" w:hAnsi="Trebuchet MS"/>
                <w:b/>
              </w:rPr>
            </w:pPr>
            <w:r w:rsidRPr="00AA2379">
              <w:rPr>
                <w:rFonts w:ascii="Trebuchet MS" w:hAnsi="Trebuchet MS"/>
                <w:b/>
              </w:rPr>
              <w:t>-</w:t>
            </w:r>
          </w:p>
        </w:tc>
      </w:tr>
      <w:tr w:rsidR="00AA2379" w:rsidRPr="00AA2379" w14:paraId="100491B3" w14:textId="77777777" w:rsidTr="00AA2379">
        <w:trPr>
          <w:trHeight w:val="288"/>
        </w:trPr>
        <w:tc>
          <w:tcPr>
            <w:tcW w:w="4760" w:type="dxa"/>
            <w:hideMark/>
          </w:tcPr>
          <w:p w14:paraId="1AB01269" w14:textId="77777777" w:rsidR="00AA2379" w:rsidRPr="00AA2379" w:rsidRDefault="00AA2379">
            <w:pPr>
              <w:rPr>
                <w:rFonts w:ascii="Trebuchet MS" w:hAnsi="Trebuchet MS"/>
                <w:b/>
              </w:rPr>
            </w:pPr>
            <w:proofErr w:type="spellStart"/>
            <w:r w:rsidRPr="00AA2379">
              <w:rPr>
                <w:rFonts w:ascii="Trebuchet MS" w:hAnsi="Trebuchet MS"/>
                <w:b/>
              </w:rPr>
              <w:t>Fideiussione</w:t>
            </w:r>
            <w:proofErr w:type="spellEnd"/>
          </w:p>
        </w:tc>
        <w:tc>
          <w:tcPr>
            <w:tcW w:w="2380" w:type="dxa"/>
            <w:hideMark/>
          </w:tcPr>
          <w:p w14:paraId="6FBF1138" w14:textId="77777777" w:rsidR="00AA2379" w:rsidRPr="00AA2379" w:rsidRDefault="00AA2379">
            <w:pPr>
              <w:rPr>
                <w:rFonts w:ascii="Trebuchet MS" w:hAnsi="Trebuchet MS"/>
                <w:b/>
              </w:rPr>
            </w:pPr>
            <w:r w:rsidRPr="00AA2379">
              <w:rPr>
                <w:rFonts w:ascii="Trebuchet MS" w:hAnsi="Trebuchet MS"/>
                <w:b/>
              </w:rPr>
              <w:t> </w:t>
            </w:r>
          </w:p>
        </w:tc>
      </w:tr>
      <w:tr w:rsidR="00AA2379" w:rsidRPr="00AA2379" w14:paraId="333C7DA2" w14:textId="77777777" w:rsidTr="00AA2379">
        <w:trPr>
          <w:trHeight w:val="288"/>
        </w:trPr>
        <w:tc>
          <w:tcPr>
            <w:tcW w:w="4760" w:type="dxa"/>
            <w:hideMark/>
          </w:tcPr>
          <w:p w14:paraId="1A56395A" w14:textId="77777777" w:rsidR="00AA2379" w:rsidRPr="00AA2379" w:rsidRDefault="00AA2379">
            <w:pPr>
              <w:rPr>
                <w:rFonts w:ascii="Trebuchet MS" w:hAnsi="Trebuchet MS"/>
                <w:b/>
              </w:rPr>
            </w:pPr>
            <w:proofErr w:type="spellStart"/>
            <w:r w:rsidRPr="00AA2379">
              <w:rPr>
                <w:rFonts w:ascii="Trebuchet MS" w:hAnsi="Trebuchet MS"/>
                <w:b/>
              </w:rPr>
              <w:t>Spese</w:t>
            </w:r>
            <w:proofErr w:type="spellEnd"/>
            <w:r w:rsidRPr="00AA2379">
              <w:rPr>
                <w:rFonts w:ascii="Trebuchet MS" w:hAnsi="Trebuchet MS"/>
                <w:b/>
              </w:rPr>
              <w:t xml:space="preserve"> </w:t>
            </w:r>
            <w:proofErr w:type="spellStart"/>
            <w:r w:rsidRPr="00AA2379">
              <w:rPr>
                <w:rFonts w:ascii="Trebuchet MS" w:hAnsi="Trebuchet MS"/>
                <w:b/>
              </w:rPr>
              <w:t>generali</w:t>
            </w:r>
            <w:proofErr w:type="spellEnd"/>
            <w:r w:rsidRPr="00AA2379">
              <w:rPr>
                <w:rFonts w:ascii="Trebuchet MS" w:hAnsi="Trebuchet MS"/>
                <w:b/>
              </w:rPr>
              <w:t xml:space="preserve"> </w:t>
            </w:r>
          </w:p>
        </w:tc>
        <w:tc>
          <w:tcPr>
            <w:tcW w:w="2380" w:type="dxa"/>
            <w:hideMark/>
          </w:tcPr>
          <w:p w14:paraId="78E2E372" w14:textId="77777777" w:rsidR="00AA2379" w:rsidRPr="00AA2379" w:rsidRDefault="00AA2379" w:rsidP="00AA2379">
            <w:pPr>
              <w:rPr>
                <w:rFonts w:ascii="Trebuchet MS" w:hAnsi="Trebuchet MS"/>
                <w:b/>
              </w:rPr>
            </w:pPr>
            <w:r w:rsidRPr="00AA2379">
              <w:rPr>
                <w:rFonts w:ascii="Trebuchet MS" w:hAnsi="Trebuchet MS"/>
                <w:b/>
              </w:rPr>
              <w:t>-</w:t>
            </w:r>
          </w:p>
        </w:tc>
      </w:tr>
      <w:tr w:rsidR="00AA2379" w:rsidRPr="00AA2379" w14:paraId="4D192C06" w14:textId="77777777" w:rsidTr="00AA2379">
        <w:trPr>
          <w:trHeight w:val="288"/>
        </w:trPr>
        <w:tc>
          <w:tcPr>
            <w:tcW w:w="4760" w:type="dxa"/>
            <w:hideMark/>
          </w:tcPr>
          <w:p w14:paraId="32AC7503" w14:textId="77777777" w:rsidR="00AA2379" w:rsidRPr="00AA2379" w:rsidRDefault="00AA2379">
            <w:pPr>
              <w:rPr>
                <w:rFonts w:ascii="Trebuchet MS" w:hAnsi="Trebuchet MS"/>
                <w:b/>
              </w:rPr>
            </w:pPr>
            <w:proofErr w:type="spellStart"/>
            <w:r w:rsidRPr="00AA2379">
              <w:rPr>
                <w:rFonts w:ascii="Trebuchet MS" w:hAnsi="Trebuchet MS"/>
                <w:b/>
              </w:rPr>
              <w:t>Oneri</w:t>
            </w:r>
            <w:proofErr w:type="spellEnd"/>
            <w:r w:rsidRPr="00AA2379">
              <w:rPr>
                <w:rFonts w:ascii="Trebuchet MS" w:hAnsi="Trebuchet MS"/>
                <w:b/>
              </w:rPr>
              <w:t xml:space="preserve"> </w:t>
            </w:r>
            <w:proofErr w:type="spellStart"/>
            <w:r w:rsidRPr="00AA2379">
              <w:rPr>
                <w:rFonts w:ascii="Trebuchet MS" w:hAnsi="Trebuchet MS"/>
                <w:b/>
              </w:rPr>
              <w:t>sicurezza</w:t>
            </w:r>
            <w:proofErr w:type="spellEnd"/>
          </w:p>
        </w:tc>
        <w:tc>
          <w:tcPr>
            <w:tcW w:w="2380" w:type="dxa"/>
            <w:hideMark/>
          </w:tcPr>
          <w:p w14:paraId="1D11C0AB" w14:textId="77777777" w:rsidR="00AA2379" w:rsidRPr="00AA2379" w:rsidRDefault="00AA2379">
            <w:pPr>
              <w:rPr>
                <w:rFonts w:ascii="Trebuchet MS" w:hAnsi="Trebuchet MS"/>
                <w:b/>
              </w:rPr>
            </w:pPr>
            <w:r w:rsidRPr="00AA2379">
              <w:rPr>
                <w:rFonts w:ascii="Trebuchet MS" w:hAnsi="Trebuchet MS"/>
                <w:b/>
              </w:rPr>
              <w:t> </w:t>
            </w:r>
          </w:p>
        </w:tc>
      </w:tr>
      <w:tr w:rsidR="00AA2379" w:rsidRPr="00AA2379" w14:paraId="754347B0" w14:textId="77777777" w:rsidTr="00AA2379">
        <w:trPr>
          <w:trHeight w:val="288"/>
        </w:trPr>
        <w:tc>
          <w:tcPr>
            <w:tcW w:w="4760" w:type="dxa"/>
            <w:hideMark/>
          </w:tcPr>
          <w:p w14:paraId="59BABC18" w14:textId="77777777" w:rsidR="00AA2379" w:rsidRPr="00AA2379" w:rsidRDefault="00AA2379">
            <w:pPr>
              <w:rPr>
                <w:rFonts w:ascii="Trebuchet MS" w:hAnsi="Trebuchet MS"/>
                <w:b/>
                <w:lang w:val="it-IT"/>
              </w:rPr>
            </w:pPr>
            <w:r w:rsidRPr="00AA2379">
              <w:rPr>
                <w:rFonts w:ascii="Trebuchet MS" w:hAnsi="Trebuchet MS"/>
                <w:b/>
                <w:lang w:val="it-IT"/>
              </w:rPr>
              <w:t>Costi legali/coattivo annui (stima)</w:t>
            </w:r>
          </w:p>
        </w:tc>
        <w:tc>
          <w:tcPr>
            <w:tcW w:w="2380" w:type="dxa"/>
            <w:hideMark/>
          </w:tcPr>
          <w:p w14:paraId="6BCEBD5B" w14:textId="77777777" w:rsidR="00AA2379" w:rsidRPr="00AA2379" w:rsidRDefault="00AA2379" w:rsidP="00AA2379">
            <w:pPr>
              <w:rPr>
                <w:rFonts w:ascii="Trebuchet MS" w:hAnsi="Trebuchet MS"/>
                <w:b/>
              </w:rPr>
            </w:pPr>
            <w:r w:rsidRPr="00AA2379">
              <w:rPr>
                <w:rFonts w:ascii="Trebuchet MS" w:hAnsi="Trebuchet MS"/>
                <w:b/>
              </w:rPr>
              <w:t>-</w:t>
            </w:r>
          </w:p>
        </w:tc>
      </w:tr>
      <w:tr w:rsidR="00AA2379" w:rsidRPr="00AA2379" w14:paraId="46ABA831" w14:textId="77777777" w:rsidTr="00AA2379">
        <w:trPr>
          <w:trHeight w:val="288"/>
        </w:trPr>
        <w:tc>
          <w:tcPr>
            <w:tcW w:w="4760" w:type="dxa"/>
            <w:hideMark/>
          </w:tcPr>
          <w:p w14:paraId="3122200D" w14:textId="77777777" w:rsidR="00AA2379" w:rsidRPr="00AA2379" w:rsidRDefault="00AA2379">
            <w:pPr>
              <w:rPr>
                <w:rFonts w:ascii="Trebuchet MS" w:hAnsi="Trebuchet MS"/>
                <w:b/>
              </w:rPr>
            </w:pPr>
            <w:r w:rsidRPr="00AA2379">
              <w:rPr>
                <w:rFonts w:ascii="Trebuchet MS" w:hAnsi="Trebuchet MS"/>
                <w:b/>
              </w:rPr>
              <w:t> </w:t>
            </w:r>
          </w:p>
        </w:tc>
        <w:tc>
          <w:tcPr>
            <w:tcW w:w="2380" w:type="dxa"/>
            <w:hideMark/>
          </w:tcPr>
          <w:p w14:paraId="053468F8" w14:textId="77777777" w:rsidR="00AA2379" w:rsidRPr="00AA2379" w:rsidRDefault="00AA2379">
            <w:pPr>
              <w:rPr>
                <w:rFonts w:ascii="Trebuchet MS" w:hAnsi="Trebuchet MS"/>
                <w:b/>
              </w:rPr>
            </w:pPr>
            <w:r w:rsidRPr="00AA2379">
              <w:rPr>
                <w:rFonts w:ascii="Trebuchet MS" w:hAnsi="Trebuchet MS"/>
                <w:b/>
              </w:rPr>
              <w:t> </w:t>
            </w:r>
          </w:p>
        </w:tc>
      </w:tr>
    </w:tbl>
    <w:p w14:paraId="42603F2F" w14:textId="77777777" w:rsidR="007D10AD" w:rsidRDefault="007D10AD">
      <w:pPr>
        <w:rPr>
          <w:rFonts w:ascii="Trebuchet MS" w:hAnsi="Trebuchet MS"/>
          <w:lang w:val="it-IT"/>
        </w:rPr>
      </w:pPr>
    </w:p>
    <w:p w14:paraId="0164D0AF" w14:textId="77777777" w:rsidR="005C03AB" w:rsidRPr="00C026E1" w:rsidRDefault="00062D65">
      <w:pPr>
        <w:rPr>
          <w:rFonts w:ascii="Trebuchet MS" w:hAnsi="Trebuchet MS"/>
          <w:lang w:val="it-IT"/>
        </w:rPr>
      </w:pPr>
      <w:r w:rsidRPr="00C026E1">
        <w:rPr>
          <w:rFonts w:ascii="Trebuchet MS" w:hAnsi="Trebuchet MS"/>
          <w:b/>
          <w:lang w:val="it-IT"/>
        </w:rPr>
        <w:t xml:space="preserve">3. </w:t>
      </w:r>
      <w:r w:rsidR="00AA2379">
        <w:rPr>
          <w:rFonts w:ascii="Trebuchet MS" w:hAnsi="Trebuchet MS"/>
          <w:b/>
          <w:lang w:val="it-IT"/>
        </w:rPr>
        <w:t>CALCOLI PER ANNUALITA’ CONTRATTUALI</w:t>
      </w:r>
      <w:r w:rsidRPr="00C026E1">
        <w:rPr>
          <w:rFonts w:ascii="Trebuchet MS" w:hAnsi="Trebuchet MS"/>
          <w:b/>
          <w:lang w:val="it-IT"/>
        </w:rPr>
        <w:t xml:space="preserve">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158"/>
        <w:gridCol w:w="1302"/>
        <w:gridCol w:w="1302"/>
        <w:gridCol w:w="1302"/>
        <w:gridCol w:w="1302"/>
        <w:gridCol w:w="1264"/>
      </w:tblGrid>
      <w:tr w:rsidR="007D10AD" w:rsidRPr="007D10AD" w14:paraId="0C736D0D" w14:textId="77777777" w:rsidTr="007D10AD">
        <w:trPr>
          <w:trHeight w:val="288"/>
        </w:trPr>
        <w:tc>
          <w:tcPr>
            <w:tcW w:w="5180" w:type="dxa"/>
            <w:hideMark/>
          </w:tcPr>
          <w:p w14:paraId="13A67E8D" w14:textId="77777777" w:rsidR="007D10AD" w:rsidRPr="007D10AD" w:rsidRDefault="007D10AD">
            <w:pPr>
              <w:rPr>
                <w:rFonts w:ascii="Trebuchet MS" w:hAnsi="Trebuchet MS"/>
                <w:b/>
                <w:bCs/>
              </w:rPr>
            </w:pPr>
            <w:r w:rsidRPr="007D10AD">
              <w:rPr>
                <w:rFonts w:ascii="Trebuchet MS" w:hAnsi="Trebuchet MS"/>
                <w:b/>
                <w:bCs/>
              </w:rPr>
              <w:t>Voce</w:t>
            </w:r>
          </w:p>
        </w:tc>
        <w:tc>
          <w:tcPr>
            <w:tcW w:w="1940" w:type="dxa"/>
            <w:hideMark/>
          </w:tcPr>
          <w:p w14:paraId="7551AACE" w14:textId="77777777" w:rsidR="007D10AD" w:rsidRPr="007D10AD" w:rsidRDefault="007D10AD">
            <w:pPr>
              <w:rPr>
                <w:rFonts w:ascii="Trebuchet MS" w:hAnsi="Trebuchet MS"/>
                <w:b/>
                <w:bCs/>
              </w:rPr>
            </w:pPr>
            <w:proofErr w:type="spellStart"/>
            <w:r w:rsidRPr="007D10AD">
              <w:rPr>
                <w:rFonts w:ascii="Trebuchet MS" w:hAnsi="Trebuchet MS"/>
                <w:b/>
                <w:bCs/>
              </w:rPr>
              <w:t>Annualità</w:t>
            </w:r>
            <w:proofErr w:type="spellEnd"/>
            <w:r w:rsidRPr="007D10AD">
              <w:rPr>
                <w:rFonts w:ascii="Trebuchet MS" w:hAnsi="Trebuchet MS"/>
                <w:b/>
                <w:bCs/>
              </w:rPr>
              <w:t xml:space="preserve"> 1</w:t>
            </w:r>
          </w:p>
        </w:tc>
        <w:tc>
          <w:tcPr>
            <w:tcW w:w="1940" w:type="dxa"/>
            <w:hideMark/>
          </w:tcPr>
          <w:p w14:paraId="5912A665" w14:textId="77777777" w:rsidR="007D10AD" w:rsidRPr="007D10AD" w:rsidRDefault="007D10AD">
            <w:pPr>
              <w:rPr>
                <w:rFonts w:ascii="Trebuchet MS" w:hAnsi="Trebuchet MS"/>
                <w:b/>
                <w:bCs/>
              </w:rPr>
            </w:pPr>
            <w:proofErr w:type="spellStart"/>
            <w:r w:rsidRPr="007D10AD">
              <w:rPr>
                <w:rFonts w:ascii="Trebuchet MS" w:hAnsi="Trebuchet MS"/>
                <w:b/>
                <w:bCs/>
              </w:rPr>
              <w:t>Annualità</w:t>
            </w:r>
            <w:proofErr w:type="spellEnd"/>
            <w:r w:rsidRPr="007D10AD">
              <w:rPr>
                <w:rFonts w:ascii="Trebuchet MS" w:hAnsi="Trebuchet MS"/>
                <w:b/>
                <w:bCs/>
              </w:rPr>
              <w:t xml:space="preserve"> 2</w:t>
            </w:r>
          </w:p>
        </w:tc>
        <w:tc>
          <w:tcPr>
            <w:tcW w:w="1940" w:type="dxa"/>
            <w:hideMark/>
          </w:tcPr>
          <w:p w14:paraId="3B86552C" w14:textId="77777777" w:rsidR="007D10AD" w:rsidRPr="007D10AD" w:rsidRDefault="007D10AD">
            <w:pPr>
              <w:rPr>
                <w:rFonts w:ascii="Trebuchet MS" w:hAnsi="Trebuchet MS"/>
                <w:b/>
                <w:bCs/>
              </w:rPr>
            </w:pPr>
            <w:proofErr w:type="spellStart"/>
            <w:r w:rsidRPr="007D10AD">
              <w:rPr>
                <w:rFonts w:ascii="Trebuchet MS" w:hAnsi="Trebuchet MS"/>
                <w:b/>
                <w:bCs/>
              </w:rPr>
              <w:t>Annualità</w:t>
            </w:r>
            <w:proofErr w:type="spellEnd"/>
            <w:r w:rsidRPr="007D10AD">
              <w:rPr>
                <w:rFonts w:ascii="Trebuchet MS" w:hAnsi="Trebuchet MS"/>
                <w:b/>
                <w:bCs/>
              </w:rPr>
              <w:t xml:space="preserve"> 3</w:t>
            </w:r>
          </w:p>
        </w:tc>
        <w:tc>
          <w:tcPr>
            <w:tcW w:w="1940" w:type="dxa"/>
            <w:hideMark/>
          </w:tcPr>
          <w:p w14:paraId="2B7E42B7" w14:textId="77777777" w:rsidR="007D10AD" w:rsidRPr="007D10AD" w:rsidRDefault="007D10AD">
            <w:pPr>
              <w:rPr>
                <w:rFonts w:ascii="Trebuchet MS" w:hAnsi="Trebuchet MS"/>
                <w:b/>
                <w:bCs/>
              </w:rPr>
            </w:pPr>
            <w:proofErr w:type="spellStart"/>
            <w:r w:rsidRPr="007D10AD">
              <w:rPr>
                <w:rFonts w:ascii="Trebuchet MS" w:hAnsi="Trebuchet MS"/>
                <w:b/>
                <w:bCs/>
              </w:rPr>
              <w:t>Proroga</w:t>
            </w:r>
            <w:proofErr w:type="spellEnd"/>
          </w:p>
        </w:tc>
        <w:tc>
          <w:tcPr>
            <w:tcW w:w="2800" w:type="dxa"/>
            <w:hideMark/>
          </w:tcPr>
          <w:p w14:paraId="25D23622" w14:textId="77777777" w:rsidR="007D10AD" w:rsidRPr="007D10AD" w:rsidRDefault="007D10AD">
            <w:pPr>
              <w:rPr>
                <w:rFonts w:ascii="Trebuchet MS" w:hAnsi="Trebuchet MS"/>
                <w:b/>
                <w:bCs/>
              </w:rPr>
            </w:pPr>
            <w:r w:rsidRPr="007D10AD">
              <w:rPr>
                <w:rFonts w:ascii="Trebuchet MS" w:hAnsi="Trebuchet MS"/>
                <w:b/>
                <w:bCs/>
              </w:rPr>
              <w:t>Note</w:t>
            </w:r>
          </w:p>
        </w:tc>
      </w:tr>
      <w:tr w:rsidR="007D10AD" w:rsidRPr="007D10AD" w14:paraId="68450D95" w14:textId="77777777" w:rsidTr="007D10AD">
        <w:trPr>
          <w:trHeight w:val="288"/>
        </w:trPr>
        <w:tc>
          <w:tcPr>
            <w:tcW w:w="5180" w:type="dxa"/>
            <w:hideMark/>
          </w:tcPr>
          <w:p w14:paraId="432B5620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 xml:space="preserve">Data </w:t>
            </w:r>
            <w:proofErr w:type="spellStart"/>
            <w:r w:rsidRPr="007D10AD">
              <w:rPr>
                <w:rFonts w:ascii="Trebuchet MS" w:hAnsi="Trebuchet MS"/>
              </w:rPr>
              <w:t>inizio</w:t>
            </w:r>
            <w:proofErr w:type="spellEnd"/>
            <w:r w:rsidRPr="007D10AD">
              <w:rPr>
                <w:rFonts w:ascii="Trebuchet MS" w:hAnsi="Trebuchet MS"/>
              </w:rPr>
              <w:t xml:space="preserve"> </w:t>
            </w:r>
            <w:proofErr w:type="spellStart"/>
            <w:r w:rsidRPr="007D10AD">
              <w:rPr>
                <w:rFonts w:ascii="Trebuchet MS" w:hAnsi="Trebuchet MS"/>
              </w:rPr>
              <w:t>periodo</w:t>
            </w:r>
            <w:proofErr w:type="spellEnd"/>
          </w:p>
        </w:tc>
        <w:tc>
          <w:tcPr>
            <w:tcW w:w="1940" w:type="dxa"/>
            <w:hideMark/>
          </w:tcPr>
          <w:p w14:paraId="7093F19F" w14:textId="68468E75" w:rsidR="001F0AB7" w:rsidRDefault="00465A3F">
            <w:r>
              <w:t>01/0</w:t>
            </w:r>
            <w:r w:rsidR="00EA643D">
              <w:t>5</w:t>
            </w:r>
            <w:r>
              <w:t>/2026</w:t>
            </w:r>
          </w:p>
        </w:tc>
        <w:tc>
          <w:tcPr>
            <w:tcW w:w="1940" w:type="dxa"/>
            <w:hideMark/>
          </w:tcPr>
          <w:p w14:paraId="76A96575" w14:textId="6A72EFAD" w:rsidR="001F0AB7" w:rsidRDefault="00465A3F">
            <w:r>
              <w:t>01/0</w:t>
            </w:r>
            <w:r w:rsidR="00EA643D">
              <w:t>5</w:t>
            </w:r>
            <w:r>
              <w:t>/2027</w:t>
            </w:r>
          </w:p>
        </w:tc>
        <w:tc>
          <w:tcPr>
            <w:tcW w:w="1940" w:type="dxa"/>
            <w:hideMark/>
          </w:tcPr>
          <w:p w14:paraId="5BA62DB7" w14:textId="4B067B05" w:rsidR="001F0AB7" w:rsidRDefault="00465A3F">
            <w:r>
              <w:t>01/0</w:t>
            </w:r>
            <w:r w:rsidR="006E2539">
              <w:t>5</w:t>
            </w:r>
            <w:r>
              <w:t>/2028</w:t>
            </w:r>
          </w:p>
        </w:tc>
        <w:tc>
          <w:tcPr>
            <w:tcW w:w="1940" w:type="dxa"/>
            <w:hideMark/>
          </w:tcPr>
          <w:p w14:paraId="1134BB32" w14:textId="53C8D24D" w:rsidR="001F0AB7" w:rsidRDefault="00465A3F">
            <w:r>
              <w:t>01/0</w:t>
            </w:r>
            <w:r w:rsidR="006E2539">
              <w:t>5</w:t>
            </w:r>
            <w:r>
              <w:t>/2029</w:t>
            </w:r>
          </w:p>
        </w:tc>
        <w:tc>
          <w:tcPr>
            <w:tcW w:w="2800" w:type="dxa"/>
            <w:hideMark/>
          </w:tcPr>
          <w:p w14:paraId="2EFE2E5A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 xml:space="preserve"> </w:t>
            </w:r>
          </w:p>
        </w:tc>
      </w:tr>
      <w:tr w:rsidR="007D10AD" w:rsidRPr="007D10AD" w14:paraId="06D3F092" w14:textId="77777777" w:rsidTr="007D10AD">
        <w:trPr>
          <w:trHeight w:val="288"/>
        </w:trPr>
        <w:tc>
          <w:tcPr>
            <w:tcW w:w="5180" w:type="dxa"/>
            <w:hideMark/>
          </w:tcPr>
          <w:p w14:paraId="3C26F3A2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 xml:space="preserve">Data fine </w:t>
            </w:r>
            <w:proofErr w:type="spellStart"/>
            <w:r w:rsidRPr="007D10AD">
              <w:rPr>
                <w:rFonts w:ascii="Trebuchet MS" w:hAnsi="Trebuchet MS"/>
              </w:rPr>
              <w:t>periodo</w:t>
            </w:r>
            <w:proofErr w:type="spellEnd"/>
          </w:p>
        </w:tc>
        <w:tc>
          <w:tcPr>
            <w:tcW w:w="1940" w:type="dxa"/>
            <w:hideMark/>
          </w:tcPr>
          <w:p w14:paraId="3D5D53E9" w14:textId="3FD14759" w:rsidR="001F0AB7" w:rsidRDefault="00465A3F">
            <w:r>
              <w:t>3</w:t>
            </w:r>
            <w:r w:rsidR="00EA643D">
              <w:t>0</w:t>
            </w:r>
            <w:r>
              <w:t>/0</w:t>
            </w:r>
            <w:r w:rsidR="00EA643D">
              <w:t>4</w:t>
            </w:r>
            <w:r>
              <w:t>/2027</w:t>
            </w:r>
          </w:p>
        </w:tc>
        <w:tc>
          <w:tcPr>
            <w:tcW w:w="1940" w:type="dxa"/>
            <w:hideMark/>
          </w:tcPr>
          <w:p w14:paraId="4068E51D" w14:textId="6AE84777" w:rsidR="001F0AB7" w:rsidRDefault="00465A3F">
            <w:r>
              <w:t>3</w:t>
            </w:r>
            <w:r w:rsidR="00EA643D">
              <w:t>0</w:t>
            </w:r>
            <w:r>
              <w:t>/0</w:t>
            </w:r>
            <w:r w:rsidR="00EA643D">
              <w:t>4</w:t>
            </w:r>
            <w:r>
              <w:t>/2028</w:t>
            </w:r>
          </w:p>
        </w:tc>
        <w:tc>
          <w:tcPr>
            <w:tcW w:w="1940" w:type="dxa"/>
            <w:hideMark/>
          </w:tcPr>
          <w:p w14:paraId="132A70B7" w14:textId="7A035DF1" w:rsidR="001F0AB7" w:rsidRDefault="00465A3F">
            <w:r>
              <w:t>3</w:t>
            </w:r>
            <w:r w:rsidR="00EA643D">
              <w:t>0</w:t>
            </w:r>
            <w:r>
              <w:t>/0</w:t>
            </w:r>
            <w:r w:rsidR="00EA643D">
              <w:t>4</w:t>
            </w:r>
            <w:r>
              <w:t>/2029</w:t>
            </w:r>
          </w:p>
        </w:tc>
        <w:tc>
          <w:tcPr>
            <w:tcW w:w="1940" w:type="dxa"/>
            <w:hideMark/>
          </w:tcPr>
          <w:p w14:paraId="5E32D486" w14:textId="3E6A8105" w:rsidR="001F0AB7" w:rsidRDefault="00465A3F">
            <w:r>
              <w:t>3</w:t>
            </w:r>
            <w:r w:rsidR="006E2539">
              <w:t>1</w:t>
            </w:r>
            <w:r>
              <w:t>/</w:t>
            </w:r>
            <w:r w:rsidR="006E2539">
              <w:t>10</w:t>
            </w:r>
            <w:r>
              <w:t>/2029</w:t>
            </w:r>
          </w:p>
        </w:tc>
        <w:tc>
          <w:tcPr>
            <w:tcW w:w="2800" w:type="dxa"/>
            <w:hideMark/>
          </w:tcPr>
          <w:p w14:paraId="5F1013C9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 </w:t>
            </w:r>
          </w:p>
        </w:tc>
      </w:tr>
      <w:tr w:rsidR="007D10AD" w:rsidRPr="007D10AD" w14:paraId="5B5A6082" w14:textId="77777777" w:rsidTr="007D10AD">
        <w:trPr>
          <w:trHeight w:val="288"/>
        </w:trPr>
        <w:tc>
          <w:tcPr>
            <w:tcW w:w="5180" w:type="dxa"/>
            <w:hideMark/>
          </w:tcPr>
          <w:p w14:paraId="0BC0CFC2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 </w:t>
            </w:r>
          </w:p>
        </w:tc>
        <w:tc>
          <w:tcPr>
            <w:tcW w:w="1940" w:type="dxa"/>
            <w:hideMark/>
          </w:tcPr>
          <w:p w14:paraId="7EEEFA39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 </w:t>
            </w:r>
          </w:p>
        </w:tc>
        <w:tc>
          <w:tcPr>
            <w:tcW w:w="1940" w:type="dxa"/>
            <w:hideMark/>
          </w:tcPr>
          <w:p w14:paraId="3102581D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 </w:t>
            </w:r>
          </w:p>
        </w:tc>
        <w:tc>
          <w:tcPr>
            <w:tcW w:w="1940" w:type="dxa"/>
            <w:hideMark/>
          </w:tcPr>
          <w:p w14:paraId="41FB30AB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 </w:t>
            </w:r>
          </w:p>
        </w:tc>
        <w:tc>
          <w:tcPr>
            <w:tcW w:w="1940" w:type="dxa"/>
            <w:hideMark/>
          </w:tcPr>
          <w:p w14:paraId="5C86EBAF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 </w:t>
            </w:r>
          </w:p>
        </w:tc>
        <w:tc>
          <w:tcPr>
            <w:tcW w:w="2800" w:type="dxa"/>
            <w:hideMark/>
          </w:tcPr>
          <w:p w14:paraId="3F0C7111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 </w:t>
            </w:r>
          </w:p>
        </w:tc>
      </w:tr>
      <w:tr w:rsidR="007D10AD" w:rsidRPr="007D10AD" w14:paraId="7BBCE098" w14:textId="77777777" w:rsidTr="007D10AD">
        <w:trPr>
          <w:trHeight w:val="288"/>
        </w:trPr>
        <w:tc>
          <w:tcPr>
            <w:tcW w:w="5180" w:type="dxa"/>
            <w:hideMark/>
          </w:tcPr>
          <w:p w14:paraId="35353212" w14:textId="77777777" w:rsidR="007D10AD" w:rsidRPr="007D10AD" w:rsidRDefault="007D10AD">
            <w:pPr>
              <w:rPr>
                <w:rFonts w:ascii="Trebuchet MS" w:hAnsi="Trebuchet MS"/>
                <w:b/>
                <w:bCs/>
                <w:lang w:val="it-IT"/>
              </w:rPr>
            </w:pPr>
            <w:r w:rsidRPr="007D10AD">
              <w:rPr>
                <w:rFonts w:ascii="Trebuchet MS" w:hAnsi="Trebuchet MS"/>
                <w:b/>
                <w:bCs/>
                <w:lang w:val="it-IT"/>
              </w:rPr>
              <w:t>Minimo garantito (MG) del periodo</w:t>
            </w:r>
          </w:p>
        </w:tc>
        <w:tc>
          <w:tcPr>
            <w:tcW w:w="1940" w:type="dxa"/>
            <w:hideMark/>
          </w:tcPr>
          <w:p w14:paraId="54CEA405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€ 15.000</w:t>
            </w:r>
          </w:p>
        </w:tc>
        <w:tc>
          <w:tcPr>
            <w:tcW w:w="1940" w:type="dxa"/>
            <w:hideMark/>
          </w:tcPr>
          <w:p w14:paraId="16773899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€ 15.000</w:t>
            </w:r>
          </w:p>
        </w:tc>
        <w:tc>
          <w:tcPr>
            <w:tcW w:w="1940" w:type="dxa"/>
            <w:hideMark/>
          </w:tcPr>
          <w:p w14:paraId="76C304D2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€ 15.000</w:t>
            </w:r>
          </w:p>
        </w:tc>
        <w:tc>
          <w:tcPr>
            <w:tcW w:w="1940" w:type="dxa"/>
            <w:hideMark/>
          </w:tcPr>
          <w:p w14:paraId="329CD1D1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€ 7.500</w:t>
            </w:r>
          </w:p>
        </w:tc>
        <w:tc>
          <w:tcPr>
            <w:tcW w:w="2800" w:type="dxa"/>
            <w:hideMark/>
          </w:tcPr>
          <w:p w14:paraId="452A1D8F" w14:textId="77777777" w:rsidR="007D10AD" w:rsidRPr="007D10AD" w:rsidRDefault="007D10AD">
            <w:pPr>
              <w:rPr>
                <w:rFonts w:ascii="Trebuchet MS" w:hAnsi="Trebuchet MS"/>
              </w:rPr>
            </w:pPr>
            <w:proofErr w:type="spellStart"/>
            <w:r w:rsidRPr="007D10AD">
              <w:rPr>
                <w:rFonts w:ascii="Trebuchet MS" w:hAnsi="Trebuchet MS"/>
              </w:rPr>
              <w:t>Proroga</w:t>
            </w:r>
            <w:proofErr w:type="spellEnd"/>
            <w:r w:rsidRPr="007D10AD">
              <w:rPr>
                <w:rFonts w:ascii="Trebuchet MS" w:hAnsi="Trebuchet MS"/>
              </w:rPr>
              <w:t xml:space="preserve"> pro-rata</w:t>
            </w:r>
          </w:p>
        </w:tc>
      </w:tr>
      <w:tr w:rsidR="007D10AD" w:rsidRPr="007D10AD" w14:paraId="2A332D7A" w14:textId="77777777" w:rsidTr="007D10AD">
        <w:trPr>
          <w:trHeight w:val="288"/>
        </w:trPr>
        <w:tc>
          <w:tcPr>
            <w:tcW w:w="5180" w:type="dxa"/>
            <w:hideMark/>
          </w:tcPr>
          <w:p w14:paraId="18012BC5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 </w:t>
            </w:r>
          </w:p>
        </w:tc>
        <w:tc>
          <w:tcPr>
            <w:tcW w:w="1940" w:type="dxa"/>
            <w:hideMark/>
          </w:tcPr>
          <w:p w14:paraId="7FF8E47A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 </w:t>
            </w:r>
          </w:p>
        </w:tc>
        <w:tc>
          <w:tcPr>
            <w:tcW w:w="1940" w:type="dxa"/>
            <w:hideMark/>
          </w:tcPr>
          <w:p w14:paraId="0A621A34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 </w:t>
            </w:r>
          </w:p>
        </w:tc>
        <w:tc>
          <w:tcPr>
            <w:tcW w:w="1940" w:type="dxa"/>
            <w:hideMark/>
          </w:tcPr>
          <w:p w14:paraId="7093F65C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 </w:t>
            </w:r>
          </w:p>
        </w:tc>
        <w:tc>
          <w:tcPr>
            <w:tcW w:w="1940" w:type="dxa"/>
            <w:hideMark/>
          </w:tcPr>
          <w:p w14:paraId="775F0D79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 </w:t>
            </w:r>
          </w:p>
        </w:tc>
        <w:tc>
          <w:tcPr>
            <w:tcW w:w="2800" w:type="dxa"/>
            <w:hideMark/>
          </w:tcPr>
          <w:p w14:paraId="1494C416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 </w:t>
            </w:r>
          </w:p>
        </w:tc>
      </w:tr>
      <w:tr w:rsidR="007D10AD" w:rsidRPr="007D10AD" w14:paraId="1C1F6467" w14:textId="77777777" w:rsidTr="007D10AD">
        <w:trPr>
          <w:trHeight w:val="519"/>
        </w:trPr>
        <w:tc>
          <w:tcPr>
            <w:tcW w:w="5180" w:type="dxa"/>
            <w:hideMark/>
          </w:tcPr>
          <w:p w14:paraId="08645E9E" w14:textId="77777777" w:rsidR="007D10AD" w:rsidRPr="007D10AD" w:rsidRDefault="007D10AD">
            <w:pPr>
              <w:rPr>
                <w:rFonts w:ascii="Trebuchet MS" w:hAnsi="Trebuchet MS"/>
              </w:rPr>
            </w:pPr>
            <w:proofErr w:type="spellStart"/>
            <w:r w:rsidRPr="007D10AD">
              <w:rPr>
                <w:rFonts w:ascii="Trebuchet MS" w:hAnsi="Trebuchet MS"/>
              </w:rPr>
              <w:t>Incassi</w:t>
            </w:r>
            <w:proofErr w:type="spellEnd"/>
            <w:r w:rsidRPr="007D10AD">
              <w:rPr>
                <w:rFonts w:ascii="Trebuchet MS" w:hAnsi="Trebuchet MS"/>
              </w:rPr>
              <w:t xml:space="preserve"> </w:t>
            </w:r>
            <w:proofErr w:type="spellStart"/>
            <w:r w:rsidRPr="007D10AD">
              <w:rPr>
                <w:rFonts w:ascii="Trebuchet MS" w:hAnsi="Trebuchet MS"/>
              </w:rPr>
              <w:t>lordi</w:t>
            </w:r>
            <w:proofErr w:type="spellEnd"/>
            <w:r w:rsidRPr="007D10AD">
              <w:rPr>
                <w:rFonts w:ascii="Trebuchet MS" w:hAnsi="Trebuchet MS"/>
              </w:rPr>
              <w:t xml:space="preserve"> </w:t>
            </w:r>
            <w:proofErr w:type="spellStart"/>
            <w:r w:rsidRPr="007D10AD">
              <w:rPr>
                <w:rFonts w:ascii="Trebuchet MS" w:hAnsi="Trebuchet MS"/>
              </w:rPr>
              <w:t>stimati</w:t>
            </w:r>
            <w:proofErr w:type="spellEnd"/>
            <w:r w:rsidRPr="007D10AD">
              <w:rPr>
                <w:rFonts w:ascii="Trebuchet MS" w:hAnsi="Trebuchet MS"/>
              </w:rPr>
              <w:t xml:space="preserve"> (IL)</w:t>
            </w:r>
          </w:p>
        </w:tc>
        <w:tc>
          <w:tcPr>
            <w:tcW w:w="1940" w:type="dxa"/>
            <w:hideMark/>
          </w:tcPr>
          <w:p w14:paraId="0D8E76D8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€ 28.000</w:t>
            </w:r>
          </w:p>
        </w:tc>
        <w:tc>
          <w:tcPr>
            <w:tcW w:w="1940" w:type="dxa"/>
            <w:hideMark/>
          </w:tcPr>
          <w:p w14:paraId="2D71ECB9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€ 28.000</w:t>
            </w:r>
          </w:p>
        </w:tc>
        <w:tc>
          <w:tcPr>
            <w:tcW w:w="1940" w:type="dxa"/>
            <w:hideMark/>
          </w:tcPr>
          <w:p w14:paraId="06934E27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€ 28.000</w:t>
            </w:r>
          </w:p>
        </w:tc>
        <w:tc>
          <w:tcPr>
            <w:tcW w:w="1940" w:type="dxa"/>
            <w:hideMark/>
          </w:tcPr>
          <w:p w14:paraId="5C29D295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€ 14.000</w:t>
            </w:r>
          </w:p>
        </w:tc>
        <w:tc>
          <w:tcPr>
            <w:tcW w:w="2800" w:type="dxa"/>
            <w:hideMark/>
          </w:tcPr>
          <w:p w14:paraId="4B80829B" w14:textId="77777777" w:rsidR="007D10AD" w:rsidRPr="007D10AD" w:rsidRDefault="007D10AD">
            <w:pPr>
              <w:rPr>
                <w:rFonts w:ascii="Trebuchet MS" w:hAnsi="Trebuchet MS"/>
                <w:lang w:val="it-IT"/>
              </w:rPr>
            </w:pPr>
          </w:p>
        </w:tc>
      </w:tr>
      <w:tr w:rsidR="007D10AD" w:rsidRPr="007D10AD" w14:paraId="5B8199DB" w14:textId="77777777" w:rsidTr="007D10AD">
        <w:trPr>
          <w:trHeight w:val="519"/>
        </w:trPr>
        <w:tc>
          <w:tcPr>
            <w:tcW w:w="5180" w:type="dxa"/>
            <w:hideMark/>
          </w:tcPr>
          <w:p w14:paraId="7B5B9310" w14:textId="77777777" w:rsidR="007D10AD" w:rsidRPr="007D10AD" w:rsidRDefault="007D10AD">
            <w:pPr>
              <w:rPr>
                <w:rFonts w:ascii="Trebuchet MS" w:hAnsi="Trebuchet MS"/>
              </w:rPr>
            </w:pPr>
            <w:proofErr w:type="spellStart"/>
            <w:r w:rsidRPr="007D10AD">
              <w:rPr>
                <w:rFonts w:ascii="Trebuchet MS" w:hAnsi="Trebuchet MS"/>
              </w:rPr>
              <w:t>Rimborsi</w:t>
            </w:r>
            <w:proofErr w:type="spellEnd"/>
            <w:r w:rsidRPr="007D10AD">
              <w:rPr>
                <w:rFonts w:ascii="Trebuchet MS" w:hAnsi="Trebuchet MS"/>
              </w:rPr>
              <w:t xml:space="preserve"> </w:t>
            </w:r>
            <w:proofErr w:type="spellStart"/>
            <w:r w:rsidRPr="007D10AD">
              <w:rPr>
                <w:rFonts w:ascii="Trebuchet MS" w:hAnsi="Trebuchet MS"/>
              </w:rPr>
              <w:t>stimati</w:t>
            </w:r>
            <w:proofErr w:type="spellEnd"/>
          </w:p>
        </w:tc>
        <w:tc>
          <w:tcPr>
            <w:tcW w:w="1940" w:type="dxa"/>
            <w:hideMark/>
          </w:tcPr>
          <w:p w14:paraId="0325D03E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1940" w:type="dxa"/>
            <w:hideMark/>
          </w:tcPr>
          <w:p w14:paraId="5CB27EB6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1940" w:type="dxa"/>
            <w:hideMark/>
          </w:tcPr>
          <w:p w14:paraId="46B4020E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1940" w:type="dxa"/>
            <w:hideMark/>
          </w:tcPr>
          <w:p w14:paraId="02BFC030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2800" w:type="dxa"/>
            <w:hideMark/>
          </w:tcPr>
          <w:p w14:paraId="113C9089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 </w:t>
            </w:r>
          </w:p>
        </w:tc>
      </w:tr>
      <w:tr w:rsidR="007D10AD" w:rsidRPr="007D10AD" w14:paraId="5974D27A" w14:textId="77777777" w:rsidTr="007D10AD">
        <w:trPr>
          <w:trHeight w:val="519"/>
        </w:trPr>
        <w:tc>
          <w:tcPr>
            <w:tcW w:w="5180" w:type="dxa"/>
            <w:hideMark/>
          </w:tcPr>
          <w:p w14:paraId="15F85F59" w14:textId="77777777" w:rsidR="007D10AD" w:rsidRPr="007D10AD" w:rsidRDefault="007D10AD">
            <w:pPr>
              <w:rPr>
                <w:rFonts w:ascii="Trebuchet MS" w:hAnsi="Trebuchet MS"/>
              </w:rPr>
            </w:pPr>
            <w:proofErr w:type="spellStart"/>
            <w:r w:rsidRPr="007D10AD">
              <w:rPr>
                <w:rFonts w:ascii="Trebuchet MS" w:hAnsi="Trebuchet MS"/>
              </w:rPr>
              <w:t>Riscosso</w:t>
            </w:r>
            <w:proofErr w:type="spellEnd"/>
            <w:r w:rsidRPr="007D10AD">
              <w:rPr>
                <w:rFonts w:ascii="Trebuchet MS" w:hAnsi="Trebuchet MS"/>
              </w:rPr>
              <w:t xml:space="preserve"> </w:t>
            </w:r>
            <w:proofErr w:type="spellStart"/>
            <w:r w:rsidRPr="007D10AD">
              <w:rPr>
                <w:rFonts w:ascii="Trebuchet MS" w:hAnsi="Trebuchet MS"/>
              </w:rPr>
              <w:t>netto</w:t>
            </w:r>
            <w:proofErr w:type="spellEnd"/>
            <w:r w:rsidRPr="007D10AD">
              <w:rPr>
                <w:rFonts w:ascii="Trebuchet MS" w:hAnsi="Trebuchet MS"/>
              </w:rPr>
              <w:t xml:space="preserve"> (RN)</w:t>
            </w:r>
          </w:p>
        </w:tc>
        <w:tc>
          <w:tcPr>
            <w:tcW w:w="1940" w:type="dxa"/>
            <w:hideMark/>
          </w:tcPr>
          <w:p w14:paraId="746E8550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€ 28.000</w:t>
            </w:r>
          </w:p>
        </w:tc>
        <w:tc>
          <w:tcPr>
            <w:tcW w:w="1940" w:type="dxa"/>
            <w:hideMark/>
          </w:tcPr>
          <w:p w14:paraId="4EFD3FCE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€ 28.000</w:t>
            </w:r>
          </w:p>
        </w:tc>
        <w:tc>
          <w:tcPr>
            <w:tcW w:w="1940" w:type="dxa"/>
            <w:hideMark/>
          </w:tcPr>
          <w:p w14:paraId="6485917C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€ 28.000</w:t>
            </w:r>
          </w:p>
        </w:tc>
        <w:tc>
          <w:tcPr>
            <w:tcW w:w="1940" w:type="dxa"/>
            <w:hideMark/>
          </w:tcPr>
          <w:p w14:paraId="732B1F1B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€ 14.000</w:t>
            </w:r>
          </w:p>
        </w:tc>
        <w:tc>
          <w:tcPr>
            <w:tcW w:w="2800" w:type="dxa"/>
            <w:hideMark/>
          </w:tcPr>
          <w:p w14:paraId="58553F93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 </w:t>
            </w:r>
          </w:p>
        </w:tc>
      </w:tr>
      <w:tr w:rsidR="007D10AD" w:rsidRPr="007D10AD" w14:paraId="02569741" w14:textId="77777777" w:rsidTr="007D10AD">
        <w:trPr>
          <w:trHeight w:val="519"/>
        </w:trPr>
        <w:tc>
          <w:tcPr>
            <w:tcW w:w="5180" w:type="dxa"/>
            <w:hideMark/>
          </w:tcPr>
          <w:p w14:paraId="71BB779F" w14:textId="77777777" w:rsidR="007D10AD" w:rsidRPr="007D10AD" w:rsidRDefault="007D10AD">
            <w:pPr>
              <w:rPr>
                <w:rFonts w:ascii="Trebuchet MS" w:hAnsi="Trebuchet MS"/>
                <w:lang w:val="it-IT"/>
              </w:rPr>
            </w:pPr>
            <w:r w:rsidRPr="007D10AD">
              <w:rPr>
                <w:rFonts w:ascii="Trebuchet MS" w:hAnsi="Trebuchet MS"/>
                <w:lang w:val="it-IT"/>
              </w:rPr>
              <w:t>Aggio teorico (RN × aggio offerto)</w:t>
            </w:r>
          </w:p>
        </w:tc>
        <w:tc>
          <w:tcPr>
            <w:tcW w:w="1940" w:type="dxa"/>
            <w:hideMark/>
          </w:tcPr>
          <w:p w14:paraId="3FE8FEC8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€ 11.200</w:t>
            </w:r>
          </w:p>
        </w:tc>
        <w:tc>
          <w:tcPr>
            <w:tcW w:w="1940" w:type="dxa"/>
            <w:hideMark/>
          </w:tcPr>
          <w:p w14:paraId="68830769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€ 11.200</w:t>
            </w:r>
          </w:p>
        </w:tc>
        <w:tc>
          <w:tcPr>
            <w:tcW w:w="1940" w:type="dxa"/>
            <w:hideMark/>
          </w:tcPr>
          <w:p w14:paraId="05C02F4C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€ 11.200</w:t>
            </w:r>
          </w:p>
        </w:tc>
        <w:tc>
          <w:tcPr>
            <w:tcW w:w="1940" w:type="dxa"/>
            <w:hideMark/>
          </w:tcPr>
          <w:p w14:paraId="38E33C85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€ 5.600</w:t>
            </w:r>
          </w:p>
        </w:tc>
        <w:tc>
          <w:tcPr>
            <w:tcW w:w="2800" w:type="dxa"/>
            <w:hideMark/>
          </w:tcPr>
          <w:p w14:paraId="00957FDB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 </w:t>
            </w:r>
          </w:p>
        </w:tc>
      </w:tr>
      <w:tr w:rsidR="007D10AD" w:rsidRPr="007D10AD" w14:paraId="0A6EB1EA" w14:textId="77777777" w:rsidTr="007D10AD">
        <w:trPr>
          <w:trHeight w:val="519"/>
        </w:trPr>
        <w:tc>
          <w:tcPr>
            <w:tcW w:w="5180" w:type="dxa"/>
            <w:hideMark/>
          </w:tcPr>
          <w:p w14:paraId="4EF54FE9" w14:textId="77777777" w:rsidR="007D10AD" w:rsidRPr="007D10AD" w:rsidRDefault="007D10AD">
            <w:pPr>
              <w:rPr>
                <w:rFonts w:ascii="Trebuchet MS" w:hAnsi="Trebuchet MS"/>
                <w:lang w:val="it-IT"/>
              </w:rPr>
            </w:pPr>
            <w:r w:rsidRPr="007D10AD">
              <w:rPr>
                <w:rFonts w:ascii="Trebuchet MS" w:hAnsi="Trebuchet MS"/>
                <w:lang w:val="it-IT"/>
              </w:rPr>
              <w:t>Tetto aggio per MG (max 0; RN−MG)</w:t>
            </w:r>
          </w:p>
        </w:tc>
        <w:tc>
          <w:tcPr>
            <w:tcW w:w="1940" w:type="dxa"/>
            <w:hideMark/>
          </w:tcPr>
          <w:p w14:paraId="340784EF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€ 13.000</w:t>
            </w:r>
          </w:p>
        </w:tc>
        <w:tc>
          <w:tcPr>
            <w:tcW w:w="1940" w:type="dxa"/>
            <w:hideMark/>
          </w:tcPr>
          <w:p w14:paraId="1F83838B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€ 13.000</w:t>
            </w:r>
          </w:p>
        </w:tc>
        <w:tc>
          <w:tcPr>
            <w:tcW w:w="1940" w:type="dxa"/>
            <w:hideMark/>
          </w:tcPr>
          <w:p w14:paraId="135A2040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€ 13.000</w:t>
            </w:r>
          </w:p>
        </w:tc>
        <w:tc>
          <w:tcPr>
            <w:tcW w:w="1940" w:type="dxa"/>
            <w:hideMark/>
          </w:tcPr>
          <w:p w14:paraId="0393E5EF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€ 6.500</w:t>
            </w:r>
          </w:p>
        </w:tc>
        <w:tc>
          <w:tcPr>
            <w:tcW w:w="2800" w:type="dxa"/>
            <w:hideMark/>
          </w:tcPr>
          <w:p w14:paraId="5BE8BB85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 </w:t>
            </w:r>
          </w:p>
        </w:tc>
      </w:tr>
      <w:tr w:rsidR="007D10AD" w:rsidRPr="007D10AD" w14:paraId="4387ACF6" w14:textId="77777777" w:rsidTr="007D10AD">
        <w:trPr>
          <w:trHeight w:val="519"/>
        </w:trPr>
        <w:tc>
          <w:tcPr>
            <w:tcW w:w="5180" w:type="dxa"/>
            <w:hideMark/>
          </w:tcPr>
          <w:p w14:paraId="53AC1441" w14:textId="77777777" w:rsidR="007D10AD" w:rsidRPr="007D10AD" w:rsidRDefault="007D10AD">
            <w:pPr>
              <w:rPr>
                <w:rFonts w:ascii="Trebuchet MS" w:hAnsi="Trebuchet MS"/>
                <w:lang w:val="it-IT"/>
              </w:rPr>
            </w:pPr>
            <w:r w:rsidRPr="007D10AD">
              <w:rPr>
                <w:rFonts w:ascii="Trebuchet MS" w:hAnsi="Trebuchet MS"/>
                <w:lang w:val="it-IT"/>
              </w:rPr>
              <w:t>Aggio liquidabile (min AT; TETTO)</w:t>
            </w:r>
          </w:p>
        </w:tc>
        <w:tc>
          <w:tcPr>
            <w:tcW w:w="1940" w:type="dxa"/>
            <w:hideMark/>
          </w:tcPr>
          <w:p w14:paraId="0B91EEF0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€ 11.200</w:t>
            </w:r>
          </w:p>
        </w:tc>
        <w:tc>
          <w:tcPr>
            <w:tcW w:w="1940" w:type="dxa"/>
            <w:hideMark/>
          </w:tcPr>
          <w:p w14:paraId="7888212F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€ 11.200</w:t>
            </w:r>
          </w:p>
        </w:tc>
        <w:tc>
          <w:tcPr>
            <w:tcW w:w="1940" w:type="dxa"/>
            <w:hideMark/>
          </w:tcPr>
          <w:p w14:paraId="196E0A87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€ 11.200</w:t>
            </w:r>
          </w:p>
        </w:tc>
        <w:tc>
          <w:tcPr>
            <w:tcW w:w="1940" w:type="dxa"/>
            <w:hideMark/>
          </w:tcPr>
          <w:p w14:paraId="2D9699A9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€ 5.600</w:t>
            </w:r>
          </w:p>
        </w:tc>
        <w:tc>
          <w:tcPr>
            <w:tcW w:w="2800" w:type="dxa"/>
            <w:hideMark/>
          </w:tcPr>
          <w:p w14:paraId="0591C037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 </w:t>
            </w:r>
          </w:p>
        </w:tc>
      </w:tr>
      <w:tr w:rsidR="007D10AD" w:rsidRPr="007D10AD" w14:paraId="23A84F9F" w14:textId="77777777" w:rsidTr="007D10AD">
        <w:trPr>
          <w:trHeight w:val="519"/>
        </w:trPr>
        <w:tc>
          <w:tcPr>
            <w:tcW w:w="5180" w:type="dxa"/>
            <w:hideMark/>
          </w:tcPr>
          <w:p w14:paraId="47032EEF" w14:textId="77777777" w:rsidR="007D10AD" w:rsidRPr="007D10AD" w:rsidRDefault="007D10AD">
            <w:pPr>
              <w:rPr>
                <w:rFonts w:ascii="Trebuchet MS" w:hAnsi="Trebuchet MS"/>
                <w:lang w:val="it-IT"/>
              </w:rPr>
            </w:pPr>
            <w:r w:rsidRPr="007D10AD">
              <w:rPr>
                <w:rFonts w:ascii="Trebuchet MS" w:hAnsi="Trebuchet MS"/>
                <w:lang w:val="it-IT"/>
              </w:rPr>
              <w:t>Versamento integrativo al Comune (max 0; MG−RN)</w:t>
            </w:r>
          </w:p>
        </w:tc>
        <w:tc>
          <w:tcPr>
            <w:tcW w:w="1940" w:type="dxa"/>
            <w:hideMark/>
          </w:tcPr>
          <w:p w14:paraId="602C714C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1940" w:type="dxa"/>
            <w:hideMark/>
          </w:tcPr>
          <w:p w14:paraId="24034EB9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1940" w:type="dxa"/>
            <w:hideMark/>
          </w:tcPr>
          <w:p w14:paraId="2DEFC814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1940" w:type="dxa"/>
            <w:hideMark/>
          </w:tcPr>
          <w:p w14:paraId="62DB7BEF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2800" w:type="dxa"/>
            <w:hideMark/>
          </w:tcPr>
          <w:p w14:paraId="192E6368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 </w:t>
            </w:r>
          </w:p>
        </w:tc>
      </w:tr>
      <w:tr w:rsidR="007D10AD" w:rsidRPr="007D10AD" w14:paraId="011F4A0F" w14:textId="77777777" w:rsidTr="007D10AD">
        <w:trPr>
          <w:trHeight w:val="519"/>
        </w:trPr>
        <w:tc>
          <w:tcPr>
            <w:tcW w:w="5180" w:type="dxa"/>
            <w:hideMark/>
          </w:tcPr>
          <w:p w14:paraId="0B033B24" w14:textId="77777777" w:rsidR="007D10AD" w:rsidRPr="007D10AD" w:rsidRDefault="007D10AD">
            <w:pPr>
              <w:rPr>
                <w:rFonts w:ascii="Trebuchet MS" w:hAnsi="Trebuchet MS"/>
                <w:lang w:val="it-IT"/>
              </w:rPr>
            </w:pPr>
            <w:r w:rsidRPr="007D10AD">
              <w:rPr>
                <w:rFonts w:ascii="Trebuchet MS" w:hAnsi="Trebuchet MS"/>
                <w:lang w:val="it-IT"/>
              </w:rPr>
              <w:lastRenderedPageBreak/>
              <w:t>Ricavi concessionario da aggio (AL)</w:t>
            </w:r>
          </w:p>
        </w:tc>
        <w:tc>
          <w:tcPr>
            <w:tcW w:w="1940" w:type="dxa"/>
            <w:hideMark/>
          </w:tcPr>
          <w:p w14:paraId="16008648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€ 11.200</w:t>
            </w:r>
          </w:p>
        </w:tc>
        <w:tc>
          <w:tcPr>
            <w:tcW w:w="1940" w:type="dxa"/>
            <w:hideMark/>
          </w:tcPr>
          <w:p w14:paraId="2D2C4675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€ 11.200</w:t>
            </w:r>
          </w:p>
        </w:tc>
        <w:tc>
          <w:tcPr>
            <w:tcW w:w="1940" w:type="dxa"/>
            <w:hideMark/>
          </w:tcPr>
          <w:p w14:paraId="1697C93A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€ 11.200</w:t>
            </w:r>
          </w:p>
        </w:tc>
        <w:tc>
          <w:tcPr>
            <w:tcW w:w="1940" w:type="dxa"/>
            <w:hideMark/>
          </w:tcPr>
          <w:p w14:paraId="580F7DED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€ 5.600</w:t>
            </w:r>
          </w:p>
        </w:tc>
        <w:tc>
          <w:tcPr>
            <w:tcW w:w="2800" w:type="dxa"/>
            <w:hideMark/>
          </w:tcPr>
          <w:p w14:paraId="655ECE5A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 </w:t>
            </w:r>
          </w:p>
        </w:tc>
      </w:tr>
      <w:tr w:rsidR="007D10AD" w:rsidRPr="00EA643D" w14:paraId="03AB1A43" w14:textId="77777777" w:rsidTr="007D10AD">
        <w:trPr>
          <w:trHeight w:val="519"/>
        </w:trPr>
        <w:tc>
          <w:tcPr>
            <w:tcW w:w="5180" w:type="dxa"/>
            <w:hideMark/>
          </w:tcPr>
          <w:p w14:paraId="2868E27D" w14:textId="77777777" w:rsidR="007D10AD" w:rsidRPr="007D10AD" w:rsidRDefault="007D10AD">
            <w:pPr>
              <w:rPr>
                <w:rFonts w:ascii="Trebuchet MS" w:hAnsi="Trebuchet MS"/>
                <w:lang w:val="it-IT"/>
              </w:rPr>
            </w:pPr>
            <w:r w:rsidRPr="007D10AD">
              <w:rPr>
                <w:rFonts w:ascii="Trebuchet MS" w:hAnsi="Trebuchet MS"/>
                <w:lang w:val="it-IT"/>
              </w:rPr>
              <w:t>Oneri/spese di riscossione (stima) – input</w:t>
            </w:r>
          </w:p>
        </w:tc>
        <w:tc>
          <w:tcPr>
            <w:tcW w:w="1940" w:type="dxa"/>
            <w:hideMark/>
          </w:tcPr>
          <w:p w14:paraId="5AC5A25D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1940" w:type="dxa"/>
            <w:hideMark/>
          </w:tcPr>
          <w:p w14:paraId="6AF29DAA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1940" w:type="dxa"/>
            <w:hideMark/>
          </w:tcPr>
          <w:p w14:paraId="78977D0A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1940" w:type="dxa"/>
            <w:hideMark/>
          </w:tcPr>
          <w:p w14:paraId="66A4D341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2800" w:type="dxa"/>
            <w:hideMark/>
          </w:tcPr>
          <w:p w14:paraId="5C4950BC" w14:textId="77777777" w:rsidR="007D10AD" w:rsidRPr="007D10AD" w:rsidRDefault="007D10AD">
            <w:pPr>
              <w:rPr>
                <w:rFonts w:ascii="Trebuchet MS" w:hAnsi="Trebuchet MS"/>
                <w:lang w:val="it-IT"/>
              </w:rPr>
            </w:pPr>
            <w:r w:rsidRPr="007D10AD">
              <w:rPr>
                <w:rFonts w:ascii="Trebuchet MS" w:hAnsi="Trebuchet MS"/>
                <w:lang w:val="it-IT"/>
              </w:rPr>
              <w:t>Se stimabili, inserire; altrimenti lasciare 0</w:t>
            </w:r>
          </w:p>
        </w:tc>
      </w:tr>
      <w:tr w:rsidR="007D10AD" w:rsidRPr="007D10AD" w14:paraId="3FAED1EB" w14:textId="77777777" w:rsidTr="007D10AD">
        <w:trPr>
          <w:trHeight w:val="519"/>
        </w:trPr>
        <w:tc>
          <w:tcPr>
            <w:tcW w:w="5180" w:type="dxa"/>
            <w:hideMark/>
          </w:tcPr>
          <w:p w14:paraId="561B2746" w14:textId="77777777" w:rsidR="007D10AD" w:rsidRPr="007D10AD" w:rsidRDefault="007D10AD">
            <w:pPr>
              <w:rPr>
                <w:rFonts w:ascii="Trebuchet MS" w:hAnsi="Trebuchet MS"/>
                <w:b/>
                <w:bCs/>
              </w:rPr>
            </w:pPr>
            <w:proofErr w:type="spellStart"/>
            <w:r w:rsidRPr="007D10AD">
              <w:rPr>
                <w:rFonts w:ascii="Trebuchet MS" w:hAnsi="Trebuchet MS"/>
                <w:b/>
                <w:bCs/>
              </w:rPr>
              <w:t>Ricavi</w:t>
            </w:r>
            <w:proofErr w:type="spellEnd"/>
            <w:r w:rsidRPr="007D10AD">
              <w:rPr>
                <w:rFonts w:ascii="Trebuchet MS" w:hAnsi="Trebuchet MS"/>
                <w:b/>
                <w:bCs/>
              </w:rPr>
              <w:t xml:space="preserve"> </w:t>
            </w:r>
            <w:proofErr w:type="spellStart"/>
            <w:r w:rsidRPr="007D10AD">
              <w:rPr>
                <w:rFonts w:ascii="Trebuchet MS" w:hAnsi="Trebuchet MS"/>
                <w:b/>
                <w:bCs/>
              </w:rPr>
              <w:t>totali</w:t>
            </w:r>
            <w:proofErr w:type="spellEnd"/>
            <w:r w:rsidRPr="007D10AD">
              <w:rPr>
                <w:rFonts w:ascii="Trebuchet MS" w:hAnsi="Trebuchet MS"/>
                <w:b/>
                <w:bCs/>
              </w:rPr>
              <w:t xml:space="preserve"> </w:t>
            </w:r>
            <w:proofErr w:type="spellStart"/>
            <w:r w:rsidRPr="007D10AD">
              <w:rPr>
                <w:rFonts w:ascii="Trebuchet MS" w:hAnsi="Trebuchet MS"/>
                <w:b/>
                <w:bCs/>
              </w:rPr>
              <w:t>concessionario</w:t>
            </w:r>
            <w:proofErr w:type="spellEnd"/>
          </w:p>
        </w:tc>
        <w:tc>
          <w:tcPr>
            <w:tcW w:w="1940" w:type="dxa"/>
            <w:hideMark/>
          </w:tcPr>
          <w:p w14:paraId="6ABE8557" w14:textId="77777777" w:rsidR="007D10AD" w:rsidRPr="007D10AD" w:rsidRDefault="007D10AD" w:rsidP="007D10AD">
            <w:pPr>
              <w:rPr>
                <w:rFonts w:ascii="Trebuchet MS" w:hAnsi="Trebuchet MS"/>
                <w:b/>
                <w:bCs/>
              </w:rPr>
            </w:pPr>
            <w:r w:rsidRPr="007D10AD">
              <w:rPr>
                <w:rFonts w:ascii="Trebuchet MS" w:hAnsi="Trebuchet MS"/>
                <w:b/>
                <w:bCs/>
              </w:rPr>
              <w:t>€ 11.200</w:t>
            </w:r>
          </w:p>
        </w:tc>
        <w:tc>
          <w:tcPr>
            <w:tcW w:w="1940" w:type="dxa"/>
            <w:hideMark/>
          </w:tcPr>
          <w:p w14:paraId="2A0E3D70" w14:textId="77777777" w:rsidR="007D10AD" w:rsidRPr="007D10AD" w:rsidRDefault="007D10AD" w:rsidP="007D10AD">
            <w:pPr>
              <w:rPr>
                <w:rFonts w:ascii="Trebuchet MS" w:hAnsi="Trebuchet MS"/>
                <w:b/>
                <w:bCs/>
              </w:rPr>
            </w:pPr>
            <w:r w:rsidRPr="007D10AD">
              <w:rPr>
                <w:rFonts w:ascii="Trebuchet MS" w:hAnsi="Trebuchet MS"/>
                <w:b/>
                <w:bCs/>
              </w:rPr>
              <w:t>€ 11.200</w:t>
            </w:r>
          </w:p>
        </w:tc>
        <w:tc>
          <w:tcPr>
            <w:tcW w:w="1940" w:type="dxa"/>
            <w:hideMark/>
          </w:tcPr>
          <w:p w14:paraId="7F57BB90" w14:textId="77777777" w:rsidR="007D10AD" w:rsidRPr="007D10AD" w:rsidRDefault="007D10AD" w:rsidP="007D10AD">
            <w:pPr>
              <w:rPr>
                <w:rFonts w:ascii="Trebuchet MS" w:hAnsi="Trebuchet MS"/>
                <w:b/>
                <w:bCs/>
              </w:rPr>
            </w:pPr>
            <w:r w:rsidRPr="007D10AD">
              <w:rPr>
                <w:rFonts w:ascii="Trebuchet MS" w:hAnsi="Trebuchet MS"/>
                <w:b/>
                <w:bCs/>
              </w:rPr>
              <w:t>€ 11.200</w:t>
            </w:r>
          </w:p>
        </w:tc>
        <w:tc>
          <w:tcPr>
            <w:tcW w:w="1940" w:type="dxa"/>
            <w:hideMark/>
          </w:tcPr>
          <w:p w14:paraId="63C38742" w14:textId="77777777" w:rsidR="007D10AD" w:rsidRPr="007D10AD" w:rsidRDefault="007D10AD" w:rsidP="007D10AD">
            <w:pPr>
              <w:rPr>
                <w:rFonts w:ascii="Trebuchet MS" w:hAnsi="Trebuchet MS"/>
                <w:b/>
                <w:bCs/>
              </w:rPr>
            </w:pPr>
            <w:r w:rsidRPr="007D10AD">
              <w:rPr>
                <w:rFonts w:ascii="Trebuchet MS" w:hAnsi="Trebuchet MS"/>
                <w:b/>
                <w:bCs/>
              </w:rPr>
              <w:t>€ 5.600</w:t>
            </w:r>
          </w:p>
        </w:tc>
        <w:tc>
          <w:tcPr>
            <w:tcW w:w="2800" w:type="dxa"/>
            <w:hideMark/>
          </w:tcPr>
          <w:p w14:paraId="5F28EA3B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 </w:t>
            </w:r>
          </w:p>
        </w:tc>
      </w:tr>
      <w:tr w:rsidR="007D10AD" w:rsidRPr="007D10AD" w14:paraId="1E132A1E" w14:textId="77777777" w:rsidTr="007D10AD">
        <w:trPr>
          <w:trHeight w:val="288"/>
        </w:trPr>
        <w:tc>
          <w:tcPr>
            <w:tcW w:w="15740" w:type="dxa"/>
            <w:gridSpan w:val="6"/>
            <w:hideMark/>
          </w:tcPr>
          <w:p w14:paraId="30B80135" w14:textId="77777777" w:rsidR="007D10AD" w:rsidRPr="007D10AD" w:rsidRDefault="007D10AD">
            <w:pPr>
              <w:rPr>
                <w:rFonts w:ascii="Trebuchet MS" w:hAnsi="Trebuchet MS"/>
                <w:b/>
                <w:bCs/>
              </w:rPr>
            </w:pPr>
            <w:r w:rsidRPr="007D10AD">
              <w:rPr>
                <w:rFonts w:ascii="Trebuchet MS" w:hAnsi="Trebuchet MS"/>
                <w:b/>
                <w:bCs/>
              </w:rPr>
              <w:t>COSTI</w:t>
            </w:r>
          </w:p>
        </w:tc>
      </w:tr>
      <w:tr w:rsidR="007D10AD" w:rsidRPr="007D10AD" w14:paraId="09891C4D" w14:textId="77777777" w:rsidTr="007D10AD">
        <w:trPr>
          <w:trHeight w:val="519"/>
        </w:trPr>
        <w:tc>
          <w:tcPr>
            <w:tcW w:w="5180" w:type="dxa"/>
            <w:hideMark/>
          </w:tcPr>
          <w:p w14:paraId="60438EE6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 xml:space="preserve">Costi </w:t>
            </w:r>
            <w:proofErr w:type="spellStart"/>
            <w:r w:rsidRPr="007D10AD">
              <w:rPr>
                <w:rFonts w:ascii="Trebuchet MS" w:hAnsi="Trebuchet MS"/>
              </w:rPr>
              <w:t>personale</w:t>
            </w:r>
            <w:proofErr w:type="spellEnd"/>
          </w:p>
        </w:tc>
        <w:tc>
          <w:tcPr>
            <w:tcW w:w="1940" w:type="dxa"/>
            <w:hideMark/>
          </w:tcPr>
          <w:p w14:paraId="1ACDEAC5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1940" w:type="dxa"/>
            <w:hideMark/>
          </w:tcPr>
          <w:p w14:paraId="68B4398B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1940" w:type="dxa"/>
            <w:hideMark/>
          </w:tcPr>
          <w:p w14:paraId="65106941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1940" w:type="dxa"/>
            <w:hideMark/>
          </w:tcPr>
          <w:p w14:paraId="41A2C1B3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2800" w:type="dxa"/>
            <w:hideMark/>
          </w:tcPr>
          <w:p w14:paraId="1BEDB6C3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 </w:t>
            </w:r>
          </w:p>
        </w:tc>
      </w:tr>
      <w:tr w:rsidR="007D10AD" w:rsidRPr="007D10AD" w14:paraId="732FF9F6" w14:textId="77777777" w:rsidTr="007D10AD">
        <w:trPr>
          <w:trHeight w:val="519"/>
        </w:trPr>
        <w:tc>
          <w:tcPr>
            <w:tcW w:w="5180" w:type="dxa"/>
            <w:hideMark/>
          </w:tcPr>
          <w:p w14:paraId="6C0F780F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Costi IT/Software</w:t>
            </w:r>
          </w:p>
        </w:tc>
        <w:tc>
          <w:tcPr>
            <w:tcW w:w="1940" w:type="dxa"/>
            <w:hideMark/>
          </w:tcPr>
          <w:p w14:paraId="287DB93B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1940" w:type="dxa"/>
            <w:hideMark/>
          </w:tcPr>
          <w:p w14:paraId="7A37E7EB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1940" w:type="dxa"/>
            <w:hideMark/>
          </w:tcPr>
          <w:p w14:paraId="4DC91A41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1940" w:type="dxa"/>
            <w:hideMark/>
          </w:tcPr>
          <w:p w14:paraId="3701216E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2800" w:type="dxa"/>
            <w:hideMark/>
          </w:tcPr>
          <w:p w14:paraId="416C4F6E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 </w:t>
            </w:r>
          </w:p>
        </w:tc>
      </w:tr>
      <w:tr w:rsidR="007D10AD" w:rsidRPr="007D10AD" w14:paraId="3B3ED457" w14:textId="77777777" w:rsidTr="007D10AD">
        <w:trPr>
          <w:trHeight w:val="519"/>
        </w:trPr>
        <w:tc>
          <w:tcPr>
            <w:tcW w:w="5180" w:type="dxa"/>
            <w:hideMark/>
          </w:tcPr>
          <w:p w14:paraId="12954BC1" w14:textId="77777777" w:rsidR="007D10AD" w:rsidRPr="007D10AD" w:rsidRDefault="007D10AD">
            <w:pPr>
              <w:rPr>
                <w:rFonts w:ascii="Trebuchet MS" w:hAnsi="Trebuchet MS"/>
              </w:rPr>
            </w:pPr>
            <w:proofErr w:type="spellStart"/>
            <w:r w:rsidRPr="007D10AD">
              <w:rPr>
                <w:rFonts w:ascii="Trebuchet MS" w:hAnsi="Trebuchet MS"/>
              </w:rPr>
              <w:t>Spese</w:t>
            </w:r>
            <w:proofErr w:type="spellEnd"/>
            <w:r w:rsidRPr="007D10AD">
              <w:rPr>
                <w:rFonts w:ascii="Trebuchet MS" w:hAnsi="Trebuchet MS"/>
              </w:rPr>
              <w:t xml:space="preserve"> </w:t>
            </w:r>
            <w:proofErr w:type="spellStart"/>
            <w:r w:rsidRPr="007D10AD">
              <w:rPr>
                <w:rFonts w:ascii="Trebuchet MS" w:hAnsi="Trebuchet MS"/>
              </w:rPr>
              <w:t>postali</w:t>
            </w:r>
            <w:proofErr w:type="spellEnd"/>
            <w:r w:rsidRPr="007D10AD">
              <w:rPr>
                <w:rFonts w:ascii="Trebuchet MS" w:hAnsi="Trebuchet MS"/>
              </w:rPr>
              <w:t>/</w:t>
            </w:r>
            <w:proofErr w:type="spellStart"/>
            <w:r w:rsidRPr="007D10AD">
              <w:rPr>
                <w:rFonts w:ascii="Trebuchet MS" w:hAnsi="Trebuchet MS"/>
              </w:rPr>
              <w:t>notifiche</w:t>
            </w:r>
            <w:proofErr w:type="spellEnd"/>
          </w:p>
        </w:tc>
        <w:tc>
          <w:tcPr>
            <w:tcW w:w="1940" w:type="dxa"/>
            <w:hideMark/>
          </w:tcPr>
          <w:p w14:paraId="0487E87C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1940" w:type="dxa"/>
            <w:hideMark/>
          </w:tcPr>
          <w:p w14:paraId="6CEE8774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1940" w:type="dxa"/>
            <w:hideMark/>
          </w:tcPr>
          <w:p w14:paraId="15CF6601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1940" w:type="dxa"/>
            <w:hideMark/>
          </w:tcPr>
          <w:p w14:paraId="5088E764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2800" w:type="dxa"/>
            <w:hideMark/>
          </w:tcPr>
          <w:p w14:paraId="2F21B58E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 </w:t>
            </w:r>
          </w:p>
        </w:tc>
      </w:tr>
      <w:tr w:rsidR="007D10AD" w:rsidRPr="007D10AD" w14:paraId="30963D2D" w14:textId="77777777" w:rsidTr="007D10AD">
        <w:trPr>
          <w:trHeight w:val="519"/>
        </w:trPr>
        <w:tc>
          <w:tcPr>
            <w:tcW w:w="5180" w:type="dxa"/>
            <w:hideMark/>
          </w:tcPr>
          <w:p w14:paraId="7464D994" w14:textId="77777777" w:rsidR="007D10AD" w:rsidRPr="007D10AD" w:rsidRDefault="007D10AD">
            <w:pPr>
              <w:rPr>
                <w:rFonts w:ascii="Trebuchet MS" w:hAnsi="Trebuchet MS"/>
              </w:rPr>
            </w:pPr>
            <w:proofErr w:type="spellStart"/>
            <w:r w:rsidRPr="007D10AD">
              <w:rPr>
                <w:rFonts w:ascii="Trebuchet MS" w:hAnsi="Trebuchet MS"/>
              </w:rPr>
              <w:t>Manutenzione</w:t>
            </w:r>
            <w:proofErr w:type="spellEnd"/>
            <w:r w:rsidRPr="007D10AD">
              <w:rPr>
                <w:rFonts w:ascii="Trebuchet MS" w:hAnsi="Trebuchet MS"/>
              </w:rPr>
              <w:t xml:space="preserve"> </w:t>
            </w:r>
            <w:proofErr w:type="spellStart"/>
            <w:r w:rsidRPr="007D10AD">
              <w:rPr>
                <w:rFonts w:ascii="Trebuchet MS" w:hAnsi="Trebuchet MS"/>
              </w:rPr>
              <w:t>impianti</w:t>
            </w:r>
            <w:proofErr w:type="spellEnd"/>
            <w:r w:rsidRPr="007D10AD">
              <w:rPr>
                <w:rFonts w:ascii="Trebuchet MS" w:hAnsi="Trebuchet MS"/>
              </w:rPr>
              <w:t xml:space="preserve"> </w:t>
            </w:r>
            <w:proofErr w:type="spellStart"/>
            <w:r w:rsidRPr="007D10AD">
              <w:rPr>
                <w:rFonts w:ascii="Trebuchet MS" w:hAnsi="Trebuchet MS"/>
              </w:rPr>
              <w:t>affissioni</w:t>
            </w:r>
            <w:proofErr w:type="spellEnd"/>
          </w:p>
        </w:tc>
        <w:tc>
          <w:tcPr>
            <w:tcW w:w="1940" w:type="dxa"/>
            <w:hideMark/>
          </w:tcPr>
          <w:p w14:paraId="5BFC0A03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1940" w:type="dxa"/>
            <w:hideMark/>
          </w:tcPr>
          <w:p w14:paraId="6F18E9AE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1940" w:type="dxa"/>
            <w:hideMark/>
          </w:tcPr>
          <w:p w14:paraId="29C9BB30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1940" w:type="dxa"/>
            <w:hideMark/>
          </w:tcPr>
          <w:p w14:paraId="3B1EE765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2800" w:type="dxa"/>
            <w:hideMark/>
          </w:tcPr>
          <w:p w14:paraId="2B9FE80E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 </w:t>
            </w:r>
          </w:p>
        </w:tc>
      </w:tr>
      <w:tr w:rsidR="007D10AD" w:rsidRPr="007D10AD" w14:paraId="69C8698A" w14:textId="77777777" w:rsidTr="007D10AD">
        <w:trPr>
          <w:trHeight w:val="519"/>
        </w:trPr>
        <w:tc>
          <w:tcPr>
            <w:tcW w:w="5180" w:type="dxa"/>
            <w:hideMark/>
          </w:tcPr>
          <w:p w14:paraId="0EB5A3E5" w14:textId="77777777" w:rsidR="007D10AD" w:rsidRPr="007D10AD" w:rsidRDefault="007D10AD">
            <w:pPr>
              <w:rPr>
                <w:rFonts w:ascii="Trebuchet MS" w:hAnsi="Trebuchet MS"/>
              </w:rPr>
            </w:pPr>
            <w:proofErr w:type="spellStart"/>
            <w:r w:rsidRPr="007D10AD">
              <w:rPr>
                <w:rFonts w:ascii="Trebuchet MS" w:hAnsi="Trebuchet MS"/>
              </w:rPr>
              <w:t>Assicurazione</w:t>
            </w:r>
            <w:proofErr w:type="spellEnd"/>
            <w:r w:rsidRPr="007D10AD">
              <w:rPr>
                <w:rFonts w:ascii="Trebuchet MS" w:hAnsi="Trebuchet MS"/>
              </w:rPr>
              <w:t xml:space="preserve"> RCT/RCO</w:t>
            </w:r>
          </w:p>
        </w:tc>
        <w:tc>
          <w:tcPr>
            <w:tcW w:w="1940" w:type="dxa"/>
            <w:hideMark/>
          </w:tcPr>
          <w:p w14:paraId="695D32AC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1940" w:type="dxa"/>
            <w:hideMark/>
          </w:tcPr>
          <w:p w14:paraId="376DF050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1940" w:type="dxa"/>
            <w:hideMark/>
          </w:tcPr>
          <w:p w14:paraId="0FA90242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1940" w:type="dxa"/>
            <w:hideMark/>
          </w:tcPr>
          <w:p w14:paraId="61C8659B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2800" w:type="dxa"/>
            <w:hideMark/>
          </w:tcPr>
          <w:p w14:paraId="5FEEDE06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 </w:t>
            </w:r>
          </w:p>
        </w:tc>
      </w:tr>
      <w:tr w:rsidR="007D10AD" w:rsidRPr="007D10AD" w14:paraId="763CD633" w14:textId="77777777" w:rsidTr="007D10AD">
        <w:trPr>
          <w:trHeight w:val="519"/>
        </w:trPr>
        <w:tc>
          <w:tcPr>
            <w:tcW w:w="5180" w:type="dxa"/>
            <w:hideMark/>
          </w:tcPr>
          <w:p w14:paraId="4885B969" w14:textId="77777777" w:rsidR="007D10AD" w:rsidRPr="007D10AD" w:rsidRDefault="007D10AD">
            <w:pPr>
              <w:rPr>
                <w:rFonts w:ascii="Trebuchet MS" w:hAnsi="Trebuchet MS"/>
              </w:rPr>
            </w:pPr>
            <w:proofErr w:type="spellStart"/>
            <w:r w:rsidRPr="007D10AD">
              <w:rPr>
                <w:rFonts w:ascii="Trebuchet MS" w:hAnsi="Trebuchet MS"/>
              </w:rPr>
              <w:t>Spese</w:t>
            </w:r>
            <w:proofErr w:type="spellEnd"/>
            <w:r w:rsidRPr="007D10AD">
              <w:rPr>
                <w:rFonts w:ascii="Trebuchet MS" w:hAnsi="Trebuchet MS"/>
              </w:rPr>
              <w:t xml:space="preserve"> </w:t>
            </w:r>
            <w:proofErr w:type="spellStart"/>
            <w:r w:rsidRPr="007D10AD">
              <w:rPr>
                <w:rFonts w:ascii="Trebuchet MS" w:hAnsi="Trebuchet MS"/>
              </w:rPr>
              <w:t>generali</w:t>
            </w:r>
            <w:proofErr w:type="spellEnd"/>
            <w:r w:rsidRPr="007D10AD">
              <w:rPr>
                <w:rFonts w:ascii="Trebuchet MS" w:hAnsi="Trebuchet MS"/>
              </w:rPr>
              <w:t>/overhead</w:t>
            </w:r>
          </w:p>
        </w:tc>
        <w:tc>
          <w:tcPr>
            <w:tcW w:w="1940" w:type="dxa"/>
            <w:hideMark/>
          </w:tcPr>
          <w:p w14:paraId="4D26C8A9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1940" w:type="dxa"/>
            <w:hideMark/>
          </w:tcPr>
          <w:p w14:paraId="63ECDB3A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1940" w:type="dxa"/>
            <w:hideMark/>
          </w:tcPr>
          <w:p w14:paraId="10A32620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1940" w:type="dxa"/>
            <w:hideMark/>
          </w:tcPr>
          <w:p w14:paraId="5DFA5C3C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2800" w:type="dxa"/>
            <w:hideMark/>
          </w:tcPr>
          <w:p w14:paraId="68B155FE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 </w:t>
            </w:r>
          </w:p>
        </w:tc>
      </w:tr>
      <w:tr w:rsidR="007D10AD" w:rsidRPr="007D10AD" w14:paraId="78F74837" w14:textId="77777777" w:rsidTr="007D10AD">
        <w:trPr>
          <w:trHeight w:val="519"/>
        </w:trPr>
        <w:tc>
          <w:tcPr>
            <w:tcW w:w="5180" w:type="dxa"/>
            <w:hideMark/>
          </w:tcPr>
          <w:p w14:paraId="16F25612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 xml:space="preserve">Costi </w:t>
            </w:r>
            <w:proofErr w:type="spellStart"/>
            <w:r w:rsidRPr="007D10AD">
              <w:rPr>
                <w:rFonts w:ascii="Trebuchet MS" w:hAnsi="Trebuchet MS"/>
              </w:rPr>
              <w:t>legali</w:t>
            </w:r>
            <w:proofErr w:type="spellEnd"/>
            <w:r w:rsidRPr="007D10AD">
              <w:rPr>
                <w:rFonts w:ascii="Trebuchet MS" w:hAnsi="Trebuchet MS"/>
              </w:rPr>
              <w:t>/</w:t>
            </w:r>
            <w:proofErr w:type="spellStart"/>
            <w:r w:rsidRPr="007D10AD">
              <w:rPr>
                <w:rFonts w:ascii="Trebuchet MS" w:hAnsi="Trebuchet MS"/>
              </w:rPr>
              <w:t>coattivo</w:t>
            </w:r>
            <w:proofErr w:type="spellEnd"/>
          </w:p>
        </w:tc>
        <w:tc>
          <w:tcPr>
            <w:tcW w:w="1940" w:type="dxa"/>
            <w:hideMark/>
          </w:tcPr>
          <w:p w14:paraId="69DCA79C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1940" w:type="dxa"/>
            <w:hideMark/>
          </w:tcPr>
          <w:p w14:paraId="5116F8EB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1940" w:type="dxa"/>
            <w:hideMark/>
          </w:tcPr>
          <w:p w14:paraId="795822C3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1940" w:type="dxa"/>
            <w:hideMark/>
          </w:tcPr>
          <w:p w14:paraId="453A9969" w14:textId="77777777" w:rsidR="007D10AD" w:rsidRPr="007D10AD" w:rsidRDefault="007D10AD" w:rsidP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-</w:t>
            </w:r>
          </w:p>
        </w:tc>
        <w:tc>
          <w:tcPr>
            <w:tcW w:w="2800" w:type="dxa"/>
            <w:hideMark/>
          </w:tcPr>
          <w:p w14:paraId="741C33AC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 </w:t>
            </w:r>
          </w:p>
        </w:tc>
      </w:tr>
      <w:tr w:rsidR="007D10AD" w:rsidRPr="007D10AD" w14:paraId="764A5C22" w14:textId="77777777" w:rsidTr="007D10AD">
        <w:trPr>
          <w:trHeight w:val="519"/>
        </w:trPr>
        <w:tc>
          <w:tcPr>
            <w:tcW w:w="5180" w:type="dxa"/>
            <w:hideMark/>
          </w:tcPr>
          <w:p w14:paraId="419A5433" w14:textId="77777777" w:rsidR="007D10AD" w:rsidRPr="007D10AD" w:rsidRDefault="007D10AD">
            <w:pPr>
              <w:rPr>
                <w:rFonts w:ascii="Trebuchet MS" w:hAnsi="Trebuchet MS"/>
                <w:b/>
                <w:bCs/>
              </w:rPr>
            </w:pPr>
            <w:r w:rsidRPr="007D10AD">
              <w:rPr>
                <w:rFonts w:ascii="Trebuchet MS" w:hAnsi="Trebuchet MS"/>
                <w:b/>
                <w:bCs/>
              </w:rPr>
              <w:t xml:space="preserve">Costi </w:t>
            </w:r>
            <w:proofErr w:type="spellStart"/>
            <w:r w:rsidRPr="007D10AD">
              <w:rPr>
                <w:rFonts w:ascii="Trebuchet MS" w:hAnsi="Trebuchet MS"/>
                <w:b/>
                <w:bCs/>
              </w:rPr>
              <w:t>totali</w:t>
            </w:r>
            <w:proofErr w:type="spellEnd"/>
          </w:p>
        </w:tc>
        <w:tc>
          <w:tcPr>
            <w:tcW w:w="1940" w:type="dxa"/>
            <w:hideMark/>
          </w:tcPr>
          <w:p w14:paraId="589D09DC" w14:textId="77777777" w:rsidR="007D10AD" w:rsidRPr="007D10AD" w:rsidRDefault="007D10AD" w:rsidP="007D10AD">
            <w:pPr>
              <w:rPr>
                <w:rFonts w:ascii="Trebuchet MS" w:hAnsi="Trebuchet MS"/>
                <w:b/>
                <w:bCs/>
              </w:rPr>
            </w:pPr>
            <w:r w:rsidRPr="007D10AD">
              <w:rPr>
                <w:rFonts w:ascii="Trebuchet MS" w:hAnsi="Trebuchet MS"/>
                <w:b/>
                <w:bCs/>
              </w:rPr>
              <w:t>-</w:t>
            </w:r>
          </w:p>
        </w:tc>
        <w:tc>
          <w:tcPr>
            <w:tcW w:w="1940" w:type="dxa"/>
            <w:hideMark/>
          </w:tcPr>
          <w:p w14:paraId="1B9014E4" w14:textId="77777777" w:rsidR="007D10AD" w:rsidRPr="007D10AD" w:rsidRDefault="007D10AD" w:rsidP="007D10AD">
            <w:pPr>
              <w:rPr>
                <w:rFonts w:ascii="Trebuchet MS" w:hAnsi="Trebuchet MS"/>
                <w:b/>
                <w:bCs/>
              </w:rPr>
            </w:pPr>
            <w:r w:rsidRPr="007D10AD">
              <w:rPr>
                <w:rFonts w:ascii="Trebuchet MS" w:hAnsi="Trebuchet MS"/>
                <w:b/>
                <w:bCs/>
              </w:rPr>
              <w:t>-</w:t>
            </w:r>
          </w:p>
        </w:tc>
        <w:tc>
          <w:tcPr>
            <w:tcW w:w="1940" w:type="dxa"/>
            <w:hideMark/>
          </w:tcPr>
          <w:p w14:paraId="017E2BC0" w14:textId="77777777" w:rsidR="007D10AD" w:rsidRPr="007D10AD" w:rsidRDefault="007D10AD" w:rsidP="007D10AD">
            <w:pPr>
              <w:rPr>
                <w:rFonts w:ascii="Trebuchet MS" w:hAnsi="Trebuchet MS"/>
                <w:b/>
                <w:bCs/>
              </w:rPr>
            </w:pPr>
            <w:r w:rsidRPr="007D10AD">
              <w:rPr>
                <w:rFonts w:ascii="Trebuchet MS" w:hAnsi="Trebuchet MS"/>
                <w:b/>
                <w:bCs/>
              </w:rPr>
              <w:t>-</w:t>
            </w:r>
          </w:p>
        </w:tc>
        <w:tc>
          <w:tcPr>
            <w:tcW w:w="1940" w:type="dxa"/>
            <w:hideMark/>
          </w:tcPr>
          <w:p w14:paraId="60610BB6" w14:textId="77777777" w:rsidR="007D10AD" w:rsidRPr="007D10AD" w:rsidRDefault="007D10AD" w:rsidP="007D10AD">
            <w:pPr>
              <w:rPr>
                <w:rFonts w:ascii="Trebuchet MS" w:hAnsi="Trebuchet MS"/>
                <w:b/>
                <w:bCs/>
              </w:rPr>
            </w:pPr>
            <w:r w:rsidRPr="007D10AD">
              <w:rPr>
                <w:rFonts w:ascii="Trebuchet MS" w:hAnsi="Trebuchet MS"/>
                <w:b/>
                <w:bCs/>
              </w:rPr>
              <w:t>-</w:t>
            </w:r>
          </w:p>
        </w:tc>
        <w:tc>
          <w:tcPr>
            <w:tcW w:w="2800" w:type="dxa"/>
            <w:hideMark/>
          </w:tcPr>
          <w:p w14:paraId="060B3058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 </w:t>
            </w:r>
          </w:p>
        </w:tc>
      </w:tr>
      <w:tr w:rsidR="007D10AD" w:rsidRPr="007D10AD" w14:paraId="0CB014BB" w14:textId="77777777" w:rsidTr="007D10AD">
        <w:trPr>
          <w:trHeight w:val="519"/>
        </w:trPr>
        <w:tc>
          <w:tcPr>
            <w:tcW w:w="5180" w:type="dxa"/>
            <w:hideMark/>
          </w:tcPr>
          <w:p w14:paraId="1DBD7F16" w14:textId="77777777" w:rsidR="001F0AB7" w:rsidRPr="00A02C41" w:rsidRDefault="00465A3F">
            <w:pPr>
              <w:rPr>
                <w:lang w:val="it-IT"/>
              </w:rPr>
            </w:pPr>
            <w:r w:rsidRPr="00A02C41">
              <w:rPr>
                <w:lang w:val="it-IT"/>
              </w:rPr>
              <w:t>Margine operativo (RTOT−CTOT−VI, se dovuto)</w:t>
            </w:r>
          </w:p>
        </w:tc>
        <w:tc>
          <w:tcPr>
            <w:tcW w:w="1940" w:type="dxa"/>
            <w:hideMark/>
          </w:tcPr>
          <w:p w14:paraId="09C136DA" w14:textId="77777777" w:rsidR="007D10AD" w:rsidRPr="007D10AD" w:rsidRDefault="007D10AD" w:rsidP="007D10AD">
            <w:pPr>
              <w:rPr>
                <w:rFonts w:ascii="Trebuchet MS" w:hAnsi="Trebuchet MS"/>
                <w:b/>
                <w:bCs/>
              </w:rPr>
            </w:pPr>
            <w:r w:rsidRPr="007D10AD">
              <w:rPr>
                <w:rFonts w:ascii="Trebuchet MS" w:hAnsi="Trebuchet MS"/>
                <w:b/>
                <w:bCs/>
              </w:rPr>
              <w:t>€ 11.200</w:t>
            </w:r>
          </w:p>
        </w:tc>
        <w:tc>
          <w:tcPr>
            <w:tcW w:w="1940" w:type="dxa"/>
            <w:hideMark/>
          </w:tcPr>
          <w:p w14:paraId="54620417" w14:textId="77777777" w:rsidR="007D10AD" w:rsidRPr="007D10AD" w:rsidRDefault="007D10AD" w:rsidP="007D10AD">
            <w:pPr>
              <w:rPr>
                <w:rFonts w:ascii="Trebuchet MS" w:hAnsi="Trebuchet MS"/>
                <w:b/>
                <w:bCs/>
              </w:rPr>
            </w:pPr>
            <w:r w:rsidRPr="007D10AD">
              <w:rPr>
                <w:rFonts w:ascii="Trebuchet MS" w:hAnsi="Trebuchet MS"/>
                <w:b/>
                <w:bCs/>
              </w:rPr>
              <w:t>€ 11.200</w:t>
            </w:r>
          </w:p>
        </w:tc>
        <w:tc>
          <w:tcPr>
            <w:tcW w:w="1940" w:type="dxa"/>
            <w:hideMark/>
          </w:tcPr>
          <w:p w14:paraId="4F43B75A" w14:textId="77777777" w:rsidR="007D10AD" w:rsidRPr="007D10AD" w:rsidRDefault="007D10AD" w:rsidP="007D10AD">
            <w:pPr>
              <w:rPr>
                <w:rFonts w:ascii="Trebuchet MS" w:hAnsi="Trebuchet MS"/>
                <w:b/>
                <w:bCs/>
              </w:rPr>
            </w:pPr>
            <w:r w:rsidRPr="007D10AD">
              <w:rPr>
                <w:rFonts w:ascii="Trebuchet MS" w:hAnsi="Trebuchet MS"/>
                <w:b/>
                <w:bCs/>
              </w:rPr>
              <w:t>€ 11.200</w:t>
            </w:r>
          </w:p>
        </w:tc>
        <w:tc>
          <w:tcPr>
            <w:tcW w:w="1940" w:type="dxa"/>
            <w:hideMark/>
          </w:tcPr>
          <w:p w14:paraId="73DDDF18" w14:textId="77777777" w:rsidR="007D10AD" w:rsidRPr="007D10AD" w:rsidRDefault="007D10AD" w:rsidP="007D10AD">
            <w:pPr>
              <w:rPr>
                <w:rFonts w:ascii="Trebuchet MS" w:hAnsi="Trebuchet MS"/>
                <w:b/>
                <w:bCs/>
              </w:rPr>
            </w:pPr>
            <w:r w:rsidRPr="007D10AD">
              <w:rPr>
                <w:rFonts w:ascii="Trebuchet MS" w:hAnsi="Trebuchet MS"/>
                <w:b/>
                <w:bCs/>
              </w:rPr>
              <w:t>€ 5.600</w:t>
            </w:r>
          </w:p>
        </w:tc>
        <w:tc>
          <w:tcPr>
            <w:tcW w:w="2800" w:type="dxa"/>
            <w:hideMark/>
          </w:tcPr>
          <w:p w14:paraId="21C48F09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> </w:t>
            </w:r>
          </w:p>
        </w:tc>
      </w:tr>
      <w:tr w:rsidR="007D10AD" w:rsidRPr="007D10AD" w14:paraId="3237A56F" w14:textId="77777777" w:rsidTr="007D10AD">
        <w:trPr>
          <w:trHeight w:val="519"/>
        </w:trPr>
        <w:tc>
          <w:tcPr>
            <w:tcW w:w="5180" w:type="dxa"/>
            <w:hideMark/>
          </w:tcPr>
          <w:p w14:paraId="5A17EFD9" w14:textId="77777777" w:rsidR="007D10AD" w:rsidRPr="007D10AD" w:rsidRDefault="007D10AD">
            <w:pPr>
              <w:rPr>
                <w:rFonts w:ascii="Trebuchet MS" w:hAnsi="Trebuchet MS"/>
                <w:b/>
                <w:bCs/>
                <w:lang w:val="it-IT"/>
              </w:rPr>
            </w:pPr>
            <w:r w:rsidRPr="007D10AD">
              <w:rPr>
                <w:rFonts w:ascii="Trebuchet MS" w:hAnsi="Trebuchet MS"/>
                <w:b/>
                <w:bCs/>
                <w:lang w:val="it-IT"/>
              </w:rPr>
              <w:t>Entrata netta Comune (RN−AL+VI)</w:t>
            </w:r>
          </w:p>
        </w:tc>
        <w:tc>
          <w:tcPr>
            <w:tcW w:w="1940" w:type="dxa"/>
            <w:hideMark/>
          </w:tcPr>
          <w:p w14:paraId="63592E39" w14:textId="77777777" w:rsidR="007D10AD" w:rsidRPr="007D10AD" w:rsidRDefault="007D10AD" w:rsidP="007D10AD">
            <w:pPr>
              <w:rPr>
                <w:rFonts w:ascii="Trebuchet MS" w:hAnsi="Trebuchet MS"/>
                <w:b/>
                <w:bCs/>
              </w:rPr>
            </w:pPr>
            <w:r w:rsidRPr="007D10AD">
              <w:rPr>
                <w:rFonts w:ascii="Trebuchet MS" w:hAnsi="Trebuchet MS"/>
                <w:b/>
                <w:bCs/>
              </w:rPr>
              <w:t>€ 16.800</w:t>
            </w:r>
          </w:p>
        </w:tc>
        <w:tc>
          <w:tcPr>
            <w:tcW w:w="1940" w:type="dxa"/>
            <w:hideMark/>
          </w:tcPr>
          <w:p w14:paraId="6F4F2B1A" w14:textId="77777777" w:rsidR="007D10AD" w:rsidRPr="007D10AD" w:rsidRDefault="007D10AD" w:rsidP="007D10AD">
            <w:pPr>
              <w:rPr>
                <w:rFonts w:ascii="Trebuchet MS" w:hAnsi="Trebuchet MS"/>
                <w:b/>
                <w:bCs/>
              </w:rPr>
            </w:pPr>
            <w:r w:rsidRPr="007D10AD">
              <w:rPr>
                <w:rFonts w:ascii="Trebuchet MS" w:hAnsi="Trebuchet MS"/>
                <w:b/>
                <w:bCs/>
              </w:rPr>
              <w:t>€ 16.800</w:t>
            </w:r>
          </w:p>
        </w:tc>
        <w:tc>
          <w:tcPr>
            <w:tcW w:w="1940" w:type="dxa"/>
            <w:hideMark/>
          </w:tcPr>
          <w:p w14:paraId="4B3581F3" w14:textId="77777777" w:rsidR="007D10AD" w:rsidRPr="007D10AD" w:rsidRDefault="007D10AD" w:rsidP="007D10AD">
            <w:pPr>
              <w:rPr>
                <w:rFonts w:ascii="Trebuchet MS" w:hAnsi="Trebuchet MS"/>
                <w:b/>
                <w:bCs/>
              </w:rPr>
            </w:pPr>
            <w:r w:rsidRPr="007D10AD">
              <w:rPr>
                <w:rFonts w:ascii="Trebuchet MS" w:hAnsi="Trebuchet MS"/>
                <w:b/>
                <w:bCs/>
              </w:rPr>
              <w:t>€ 16.800</w:t>
            </w:r>
          </w:p>
        </w:tc>
        <w:tc>
          <w:tcPr>
            <w:tcW w:w="1940" w:type="dxa"/>
            <w:hideMark/>
          </w:tcPr>
          <w:p w14:paraId="5EC72AB5" w14:textId="77777777" w:rsidR="007D10AD" w:rsidRPr="007D10AD" w:rsidRDefault="007D10AD" w:rsidP="007D10AD">
            <w:pPr>
              <w:rPr>
                <w:rFonts w:ascii="Trebuchet MS" w:hAnsi="Trebuchet MS"/>
                <w:b/>
                <w:bCs/>
              </w:rPr>
            </w:pPr>
            <w:r w:rsidRPr="007D10AD">
              <w:rPr>
                <w:rFonts w:ascii="Trebuchet MS" w:hAnsi="Trebuchet MS"/>
                <w:b/>
                <w:bCs/>
              </w:rPr>
              <w:t>€ 8.400</w:t>
            </w:r>
          </w:p>
        </w:tc>
        <w:tc>
          <w:tcPr>
            <w:tcW w:w="2800" w:type="dxa"/>
            <w:hideMark/>
          </w:tcPr>
          <w:p w14:paraId="19BE3D05" w14:textId="77777777" w:rsidR="007D10AD" w:rsidRPr="007D10AD" w:rsidRDefault="007D10AD">
            <w:pPr>
              <w:rPr>
                <w:rFonts w:ascii="Trebuchet MS" w:hAnsi="Trebuchet MS"/>
              </w:rPr>
            </w:pPr>
            <w:r w:rsidRPr="007D10AD">
              <w:rPr>
                <w:rFonts w:ascii="Trebuchet MS" w:hAnsi="Trebuchet MS"/>
              </w:rPr>
              <w:t xml:space="preserve">Deve </w:t>
            </w:r>
            <w:proofErr w:type="spellStart"/>
            <w:r w:rsidRPr="007D10AD">
              <w:rPr>
                <w:rFonts w:ascii="Trebuchet MS" w:hAnsi="Trebuchet MS"/>
              </w:rPr>
              <w:t>essere</w:t>
            </w:r>
            <w:proofErr w:type="spellEnd"/>
            <w:r w:rsidRPr="007D10AD">
              <w:rPr>
                <w:rFonts w:ascii="Trebuchet MS" w:hAnsi="Trebuchet MS"/>
              </w:rPr>
              <w:t xml:space="preserve"> ≥ MG</w:t>
            </w:r>
          </w:p>
        </w:tc>
      </w:tr>
    </w:tbl>
    <w:p w14:paraId="1BD26B25" w14:textId="77777777" w:rsidR="007D10AD" w:rsidRDefault="007D10AD">
      <w:pPr>
        <w:rPr>
          <w:rFonts w:ascii="Trebuchet MS" w:hAnsi="Trebuchet MS"/>
          <w:lang w:val="it-IT"/>
        </w:rPr>
      </w:pPr>
    </w:p>
    <w:p w14:paraId="7265196B" w14:textId="77777777" w:rsidR="007D10AD" w:rsidRDefault="007D10AD">
      <w:pPr>
        <w:rPr>
          <w:rFonts w:ascii="Trebuchet MS" w:hAnsi="Trebuchet MS"/>
          <w:lang w:val="it-IT"/>
        </w:rPr>
      </w:pPr>
    </w:p>
    <w:p w14:paraId="2B8D19CE" w14:textId="77777777" w:rsidR="007D10AD" w:rsidRDefault="007D10AD">
      <w:pPr>
        <w:rPr>
          <w:rFonts w:ascii="Trebuchet MS" w:hAnsi="Trebuchet MS"/>
          <w:lang w:val="it-IT"/>
        </w:rPr>
      </w:pPr>
    </w:p>
    <w:p w14:paraId="5F23B818" w14:textId="77777777" w:rsidR="007D10AD" w:rsidRDefault="007D10AD">
      <w:pPr>
        <w:rPr>
          <w:rFonts w:ascii="Trebuchet MS" w:hAnsi="Trebuchet MS"/>
          <w:lang w:val="it-IT"/>
        </w:rPr>
      </w:pPr>
    </w:p>
    <w:p w14:paraId="785A5CC3" w14:textId="77777777" w:rsidR="005C03AB" w:rsidRPr="00C026E1" w:rsidRDefault="005C03AB">
      <w:pPr>
        <w:rPr>
          <w:rFonts w:ascii="Trebuchet MS" w:hAnsi="Trebuchet MS"/>
        </w:rPr>
      </w:pPr>
    </w:p>
    <w:p w14:paraId="3DA5A232" w14:textId="77777777" w:rsidR="005C03AB" w:rsidRPr="00C026E1" w:rsidRDefault="005C03AB">
      <w:pPr>
        <w:rPr>
          <w:rFonts w:ascii="Trebuchet MS" w:hAnsi="Trebuchet MS"/>
          <w:lang w:val="it-IT"/>
        </w:rPr>
      </w:pPr>
    </w:p>
    <w:p w14:paraId="164C2DA9" w14:textId="77777777" w:rsidR="005C03AB" w:rsidRPr="00C026E1" w:rsidRDefault="005C03AB">
      <w:pPr>
        <w:rPr>
          <w:rFonts w:ascii="Trebuchet MS" w:hAnsi="Trebuchet MS"/>
          <w:lang w:val="it-IT"/>
        </w:rPr>
      </w:pPr>
    </w:p>
    <w:p w14:paraId="0380698A" w14:textId="77777777" w:rsidR="005C03AB" w:rsidRPr="00C026E1" w:rsidRDefault="005C03AB">
      <w:pPr>
        <w:rPr>
          <w:rFonts w:ascii="Trebuchet MS" w:hAnsi="Trebuchet MS"/>
        </w:rPr>
      </w:pPr>
    </w:p>
    <w:p w14:paraId="705D8EFF" w14:textId="77777777" w:rsidR="005C03AB" w:rsidRPr="00C026E1" w:rsidRDefault="005C03AB">
      <w:pPr>
        <w:rPr>
          <w:rFonts w:ascii="Trebuchet MS" w:hAnsi="Trebuchet MS"/>
        </w:rPr>
      </w:pPr>
    </w:p>
    <w:p w14:paraId="5043D1DC" w14:textId="77777777" w:rsidR="005C03AB" w:rsidRPr="00C026E1" w:rsidRDefault="005C03AB">
      <w:pPr>
        <w:rPr>
          <w:rFonts w:ascii="Trebuchet MS" w:hAnsi="Trebuchet MS"/>
          <w:lang w:val="it-IT"/>
        </w:rPr>
      </w:pPr>
    </w:p>
    <w:p w14:paraId="54D6BD43" w14:textId="77777777" w:rsidR="005C03AB" w:rsidRPr="00C026E1" w:rsidRDefault="00062D65">
      <w:pPr>
        <w:rPr>
          <w:rFonts w:ascii="Trebuchet MS" w:hAnsi="Trebuchet MS"/>
          <w:lang w:val="it-IT"/>
        </w:rPr>
      </w:pPr>
      <w:r w:rsidRPr="00C026E1">
        <w:rPr>
          <w:rFonts w:ascii="Trebuchet MS" w:hAnsi="Trebuchet MS"/>
          <w:b/>
          <w:lang w:val="it-IT"/>
        </w:rPr>
        <w:t>10. ANALISI DI SENSITIVITÀ (obbligatoria)</w:t>
      </w:r>
    </w:p>
    <w:p w14:paraId="4D279319" w14:textId="77777777" w:rsidR="00987005" w:rsidRPr="00C026E1" w:rsidRDefault="00987005" w:rsidP="00987005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lang w:val="it-IT" w:eastAsia="it-IT"/>
        </w:rPr>
      </w:pPr>
      <w:r w:rsidRPr="00C026E1">
        <w:rPr>
          <w:rFonts w:ascii="Trebuchet MS" w:eastAsia="Times New Roman" w:hAnsi="Trebuchet MS" w:cs="Times New Roman"/>
          <w:lang w:val="it-IT" w:eastAsia="it-IT"/>
        </w:rPr>
        <w:t xml:space="preserve">L’analisi di sensitività serve a verificare se la gestione resta sostenibile anche nel caso in cui </w:t>
      </w:r>
      <w:r w:rsidR="00AA0981">
        <w:rPr>
          <w:rFonts w:ascii="Trebuchet MS" w:eastAsia="Times New Roman" w:hAnsi="Trebuchet MS" w:cs="Times New Roman"/>
          <w:lang w:val="it-IT" w:eastAsia="it-IT"/>
        </w:rPr>
        <w:t xml:space="preserve">vi sia una variazione nel riscosso netto. </w:t>
      </w:r>
    </w:p>
    <w:p w14:paraId="0243052C" w14:textId="77777777" w:rsidR="00987005" w:rsidRPr="00C026E1" w:rsidRDefault="00987005" w:rsidP="00987005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lang w:val="it-IT" w:eastAsia="it-IT"/>
        </w:rPr>
      </w:pPr>
      <w:r w:rsidRPr="00C026E1">
        <w:rPr>
          <w:rFonts w:ascii="Trebuchet MS" w:eastAsia="Times New Roman" w:hAnsi="Trebuchet MS" w:cs="Times New Roman"/>
          <w:lang w:val="it-IT" w:eastAsia="it-IT"/>
        </w:rPr>
        <w:t xml:space="preserve">Il concorrente deve compilare </w:t>
      </w:r>
      <w:r w:rsidRPr="00C904F1">
        <w:rPr>
          <w:rFonts w:ascii="Trebuchet MS" w:eastAsia="Times New Roman" w:hAnsi="Trebuchet MS" w:cs="Times New Roman"/>
          <w:lang w:val="it-IT" w:eastAsia="it-IT"/>
        </w:rPr>
        <w:t>almeno</w:t>
      </w:r>
      <w:r w:rsidRPr="00C026E1">
        <w:rPr>
          <w:rFonts w:ascii="Trebuchet MS" w:eastAsia="Times New Roman" w:hAnsi="Trebuchet MS" w:cs="Times New Roman"/>
          <w:lang w:val="it-IT" w:eastAsia="it-IT"/>
        </w:rPr>
        <w:t>:</w:t>
      </w:r>
    </w:p>
    <w:p w14:paraId="602A095A" w14:textId="77777777" w:rsidR="00987005" w:rsidRPr="00C026E1" w:rsidRDefault="00987005" w:rsidP="0098700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lang w:val="it-IT" w:eastAsia="it-IT"/>
        </w:rPr>
      </w:pPr>
      <w:r w:rsidRPr="00C026E1">
        <w:rPr>
          <w:rFonts w:ascii="Trebuchet MS" w:eastAsia="Times New Roman" w:hAnsi="Trebuchet MS" w:cs="Times New Roman"/>
          <w:lang w:val="it-IT" w:eastAsia="it-IT"/>
        </w:rPr>
        <w:t xml:space="preserve">lo </w:t>
      </w:r>
      <w:r w:rsidR="00C904F1" w:rsidRPr="00C904F1">
        <w:rPr>
          <w:rFonts w:ascii="Trebuchet MS" w:eastAsia="Times New Roman" w:hAnsi="Trebuchet MS" w:cs="Times New Roman"/>
          <w:lang w:val="it-IT" w:eastAsia="it-IT"/>
        </w:rPr>
        <w:t>scenario base</w:t>
      </w:r>
      <w:r w:rsidRPr="00C026E1">
        <w:rPr>
          <w:rFonts w:ascii="Trebuchet MS" w:eastAsia="Times New Roman" w:hAnsi="Trebuchet MS" w:cs="Times New Roman"/>
          <w:lang w:val="it-IT" w:eastAsia="it-IT"/>
        </w:rPr>
        <w:t xml:space="preserve"> (stima principale), e</w:t>
      </w:r>
    </w:p>
    <w:p w14:paraId="47B5AD85" w14:textId="77777777" w:rsidR="00987005" w:rsidRPr="00C026E1" w:rsidRDefault="00987005" w:rsidP="0098700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lang w:val="it-IT" w:eastAsia="it-IT"/>
        </w:rPr>
      </w:pPr>
      <w:r w:rsidRPr="00C026E1">
        <w:rPr>
          <w:rFonts w:ascii="Trebuchet MS" w:eastAsia="Times New Roman" w:hAnsi="Trebuchet MS" w:cs="Times New Roman"/>
          <w:lang w:val="it-IT" w:eastAsia="it-IT"/>
        </w:rPr>
        <w:t xml:space="preserve">lo </w:t>
      </w:r>
      <w:r w:rsidR="00C904F1">
        <w:rPr>
          <w:rFonts w:ascii="Trebuchet MS" w:eastAsia="Times New Roman" w:hAnsi="Trebuchet MS" w:cs="Times New Roman"/>
          <w:lang w:val="it-IT" w:eastAsia="it-IT"/>
        </w:rPr>
        <w:t>s</w:t>
      </w:r>
      <w:r w:rsidRPr="00C904F1">
        <w:rPr>
          <w:rFonts w:ascii="Trebuchet MS" w:eastAsia="Times New Roman" w:hAnsi="Trebuchet MS" w:cs="Times New Roman"/>
          <w:lang w:val="it-IT" w:eastAsia="it-IT"/>
        </w:rPr>
        <w:t xml:space="preserve">cenario </w:t>
      </w:r>
      <w:r w:rsidR="00C904F1">
        <w:rPr>
          <w:rFonts w:ascii="Trebuchet MS" w:eastAsia="Times New Roman" w:hAnsi="Trebuchet MS" w:cs="Times New Roman"/>
          <w:lang w:val="it-IT" w:eastAsia="it-IT"/>
        </w:rPr>
        <w:t>p</w:t>
      </w:r>
      <w:r w:rsidRPr="00C904F1">
        <w:rPr>
          <w:rFonts w:ascii="Trebuchet MS" w:eastAsia="Times New Roman" w:hAnsi="Trebuchet MS" w:cs="Times New Roman"/>
          <w:lang w:val="it-IT" w:eastAsia="it-IT"/>
        </w:rPr>
        <w:t>rudenziale</w:t>
      </w:r>
      <w:r w:rsidRPr="00C026E1">
        <w:rPr>
          <w:rFonts w:ascii="Trebuchet MS" w:eastAsia="Times New Roman" w:hAnsi="Trebuchet MS" w:cs="Times New Roman"/>
          <w:lang w:val="it-IT" w:eastAsia="it-IT"/>
        </w:rPr>
        <w:t xml:space="preserve"> (stima prudente).</w:t>
      </w:r>
    </w:p>
    <w:p w14:paraId="1FCEA069" w14:textId="77777777" w:rsidR="00987005" w:rsidRPr="00C026E1" w:rsidRDefault="00987005" w:rsidP="00987005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lang w:val="it-IT" w:eastAsia="it-IT"/>
        </w:rPr>
      </w:pPr>
      <w:r w:rsidRPr="00C026E1">
        <w:rPr>
          <w:rFonts w:ascii="Trebuchet MS" w:eastAsia="Times New Roman" w:hAnsi="Trebuchet MS" w:cs="Times New Roman"/>
          <w:lang w:val="it-IT" w:eastAsia="it-IT"/>
        </w:rPr>
        <w:t xml:space="preserve">Lo </w:t>
      </w:r>
      <w:r w:rsidR="00C904F1">
        <w:rPr>
          <w:rFonts w:ascii="Trebuchet MS" w:eastAsia="Times New Roman" w:hAnsi="Trebuchet MS" w:cs="Times New Roman"/>
          <w:lang w:val="it-IT" w:eastAsia="it-IT"/>
        </w:rPr>
        <w:t>s</w:t>
      </w:r>
      <w:r w:rsidRPr="00C904F1">
        <w:rPr>
          <w:rFonts w:ascii="Trebuchet MS" w:eastAsia="Times New Roman" w:hAnsi="Trebuchet MS" w:cs="Times New Roman"/>
          <w:lang w:val="it-IT" w:eastAsia="it-IT"/>
        </w:rPr>
        <w:t xml:space="preserve">cenario </w:t>
      </w:r>
      <w:r w:rsidR="00AA0981">
        <w:rPr>
          <w:rFonts w:ascii="Trebuchet MS" w:eastAsia="Times New Roman" w:hAnsi="Trebuchet MS" w:cs="Times New Roman"/>
          <w:lang w:val="it-IT" w:eastAsia="it-IT"/>
        </w:rPr>
        <w:t>e</w:t>
      </w:r>
      <w:r w:rsidRPr="00C904F1">
        <w:rPr>
          <w:rFonts w:ascii="Trebuchet MS" w:eastAsia="Times New Roman" w:hAnsi="Trebuchet MS" w:cs="Times New Roman"/>
          <w:lang w:val="it-IT" w:eastAsia="it-IT"/>
        </w:rPr>
        <w:t>spansivo è facoltativo</w:t>
      </w:r>
      <w:r w:rsidRPr="00C026E1">
        <w:rPr>
          <w:rFonts w:ascii="Trebuchet MS" w:eastAsia="Times New Roman" w:hAnsi="Trebuchet MS" w:cs="Times New Roman"/>
          <w:lang w:val="it-IT" w:eastAsia="it-IT"/>
        </w:rPr>
        <w:t>.</w:t>
      </w:r>
    </w:p>
    <w:p w14:paraId="54EC8E7F" w14:textId="77777777" w:rsidR="00987005" w:rsidRPr="00C026E1" w:rsidRDefault="00987005" w:rsidP="00987005">
      <w:pPr>
        <w:spacing w:before="100" w:beforeAutospacing="1" w:after="100" w:afterAutospacing="1" w:line="240" w:lineRule="auto"/>
        <w:outlineLvl w:val="2"/>
        <w:rPr>
          <w:rFonts w:ascii="Trebuchet MS" w:eastAsia="Times New Roman" w:hAnsi="Trebuchet MS" w:cs="Times New Roman"/>
          <w:b/>
          <w:bCs/>
          <w:lang w:val="it-IT" w:eastAsia="it-IT"/>
        </w:rPr>
      </w:pPr>
      <w:r w:rsidRPr="00C026E1">
        <w:rPr>
          <w:rFonts w:ascii="Trebuchet MS" w:eastAsia="Times New Roman" w:hAnsi="Trebuchet MS" w:cs="Times New Roman"/>
          <w:b/>
          <w:bCs/>
          <w:lang w:val="it-IT" w:eastAsia="it-IT"/>
        </w:rPr>
        <w:t>Regola generale</w:t>
      </w:r>
    </w:p>
    <w:p w14:paraId="12237A60" w14:textId="77777777" w:rsidR="00987005" w:rsidRPr="00C026E1" w:rsidRDefault="00987005" w:rsidP="00987005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lang w:val="it-IT" w:eastAsia="it-IT"/>
        </w:rPr>
      </w:pPr>
      <w:r w:rsidRPr="00C026E1">
        <w:rPr>
          <w:rFonts w:ascii="Trebuchet MS" w:eastAsia="Times New Roman" w:hAnsi="Trebuchet MS" w:cs="Times New Roman"/>
          <w:lang w:val="it-IT" w:eastAsia="it-IT"/>
        </w:rPr>
        <w:t>La variazione dei volumi deve essere applicata in modo coerente a</w:t>
      </w:r>
      <w:r w:rsidR="00AA0981">
        <w:rPr>
          <w:rFonts w:ascii="Trebuchet MS" w:eastAsia="Times New Roman" w:hAnsi="Trebuchet MS" w:cs="Times New Roman"/>
          <w:lang w:val="it-IT" w:eastAsia="it-IT"/>
        </w:rPr>
        <w:t xml:space="preserve"> tutte le voci che caratterizzano il CUP</w:t>
      </w:r>
    </w:p>
    <w:p w14:paraId="761A7F5A" w14:textId="77777777" w:rsidR="00987005" w:rsidRPr="00AA0981" w:rsidRDefault="00987005" w:rsidP="00AA0981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lang w:val="it-IT" w:eastAsia="it-IT"/>
        </w:rPr>
      </w:pPr>
      <w:r w:rsidRPr="00C026E1">
        <w:rPr>
          <w:rFonts w:ascii="Trebuchet MS" w:eastAsia="Times New Roman" w:hAnsi="Trebuchet MS" w:cs="Times New Roman"/>
          <w:lang w:val="it-IT" w:eastAsia="it-IT"/>
        </w:rPr>
        <w:t xml:space="preserve">I </w:t>
      </w:r>
      <w:r w:rsidRPr="00C026E1">
        <w:rPr>
          <w:rFonts w:ascii="Trebuchet MS" w:eastAsia="Times New Roman" w:hAnsi="Trebuchet MS" w:cs="Times New Roman"/>
          <w:b/>
          <w:bCs/>
          <w:lang w:val="it-IT" w:eastAsia="it-IT"/>
        </w:rPr>
        <w:t>costi</w:t>
      </w:r>
      <w:r w:rsidRPr="00C026E1">
        <w:rPr>
          <w:rFonts w:ascii="Trebuchet MS" w:eastAsia="Times New Roman" w:hAnsi="Trebuchet MS" w:cs="Times New Roman"/>
          <w:lang w:val="it-IT" w:eastAsia="it-IT"/>
        </w:rPr>
        <w:t xml:space="preserve"> </w:t>
      </w:r>
      <w:r w:rsidR="00AA0981">
        <w:rPr>
          <w:rFonts w:ascii="Trebuchet MS" w:eastAsia="Times New Roman" w:hAnsi="Trebuchet MS" w:cs="Times New Roman"/>
          <w:lang w:val="it-IT" w:eastAsia="it-IT"/>
        </w:rPr>
        <w:t xml:space="preserve">variabili </w:t>
      </w:r>
      <w:r w:rsidRPr="00C026E1">
        <w:rPr>
          <w:rFonts w:ascii="Trebuchet MS" w:eastAsia="Times New Roman" w:hAnsi="Trebuchet MS" w:cs="Times New Roman"/>
          <w:lang w:val="it-IT" w:eastAsia="it-IT"/>
        </w:rPr>
        <w:t>devono essere aggiornati in modo realistico</w:t>
      </w:r>
      <w:r w:rsidR="00AA0981">
        <w:rPr>
          <w:rFonts w:ascii="Trebuchet MS" w:eastAsia="Times New Roman" w:hAnsi="Trebuchet MS" w:cs="Times New Roman"/>
          <w:lang w:val="it-IT" w:eastAsia="it-IT"/>
        </w:rPr>
        <w:t xml:space="preserve"> se subiscono variazioni in relazione ai volumi. I </w:t>
      </w:r>
      <w:r w:rsidRPr="00AA0981">
        <w:rPr>
          <w:rFonts w:ascii="Trebuchet MS" w:eastAsia="Times New Roman" w:hAnsi="Trebuchet MS" w:cs="Times New Roman"/>
          <w:lang w:val="it-IT" w:eastAsia="it-IT"/>
        </w:rPr>
        <w:t>costi fissi (es. assicurazioni, parte del personale, strumenti) possono restare invariati o variare solo in parte.</w:t>
      </w:r>
    </w:p>
    <w:p w14:paraId="71948EA9" w14:textId="77777777" w:rsidR="00987005" w:rsidRPr="00C904F1" w:rsidRDefault="00987005" w:rsidP="00987005">
      <w:pPr>
        <w:spacing w:before="100" w:beforeAutospacing="1" w:after="100" w:afterAutospacing="1" w:line="240" w:lineRule="auto"/>
        <w:outlineLvl w:val="2"/>
        <w:rPr>
          <w:rFonts w:ascii="Trebuchet MS" w:eastAsia="Times New Roman" w:hAnsi="Trebuchet MS" w:cs="Times New Roman"/>
          <w:lang w:val="it-IT" w:eastAsia="it-IT"/>
        </w:rPr>
      </w:pPr>
      <w:r w:rsidRPr="00C904F1">
        <w:rPr>
          <w:rFonts w:ascii="Trebuchet MS" w:eastAsia="Times New Roman" w:hAnsi="Trebuchet MS" w:cs="Times New Roman"/>
          <w:lang w:val="it-IT" w:eastAsia="it-IT"/>
        </w:rPr>
        <w:t>Scenari da compilare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4"/>
        <w:gridCol w:w="2420"/>
        <w:gridCol w:w="3429"/>
        <w:gridCol w:w="1457"/>
      </w:tblGrid>
      <w:tr w:rsidR="00AA0981" w:rsidRPr="00C026E1" w14:paraId="2A0B39CA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B31EA0B" w14:textId="77777777" w:rsidR="00987005" w:rsidRPr="00C026E1" w:rsidRDefault="00987005" w:rsidP="0098700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lang w:val="it-IT" w:eastAsia="it-IT"/>
              </w:rPr>
            </w:pPr>
            <w:r w:rsidRPr="00C026E1">
              <w:rPr>
                <w:rFonts w:ascii="Trebuchet MS" w:eastAsia="Times New Roman" w:hAnsi="Trebuchet MS" w:cs="Times New Roman"/>
                <w:b/>
                <w:bCs/>
                <w:lang w:val="it-IT" w:eastAsia="it-IT"/>
              </w:rPr>
              <w:t>Scenario</w:t>
            </w:r>
          </w:p>
        </w:tc>
        <w:tc>
          <w:tcPr>
            <w:tcW w:w="0" w:type="auto"/>
            <w:vAlign w:val="center"/>
            <w:hideMark/>
          </w:tcPr>
          <w:p w14:paraId="74ECA38D" w14:textId="77777777" w:rsidR="00987005" w:rsidRPr="00C026E1" w:rsidRDefault="00987005" w:rsidP="0098700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lang w:val="it-IT" w:eastAsia="it-IT"/>
              </w:rPr>
            </w:pPr>
            <w:r w:rsidRPr="00C026E1">
              <w:rPr>
                <w:rFonts w:ascii="Trebuchet MS" w:eastAsia="Times New Roman" w:hAnsi="Trebuchet MS" w:cs="Times New Roman"/>
                <w:b/>
                <w:bCs/>
                <w:lang w:val="it-IT" w:eastAsia="it-IT"/>
              </w:rPr>
              <w:t>Ipotesi</w:t>
            </w:r>
          </w:p>
        </w:tc>
        <w:tc>
          <w:tcPr>
            <w:tcW w:w="0" w:type="auto"/>
            <w:vAlign w:val="center"/>
            <w:hideMark/>
          </w:tcPr>
          <w:p w14:paraId="354B464B" w14:textId="77777777" w:rsidR="00987005" w:rsidRPr="00C026E1" w:rsidRDefault="00987005" w:rsidP="0098700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lang w:val="it-IT" w:eastAsia="it-IT"/>
              </w:rPr>
            </w:pPr>
            <w:r w:rsidRPr="00C026E1">
              <w:rPr>
                <w:rFonts w:ascii="Trebuchet MS" w:eastAsia="Times New Roman" w:hAnsi="Trebuchet MS" w:cs="Times New Roman"/>
                <w:b/>
                <w:bCs/>
                <w:lang w:val="it-IT" w:eastAsia="it-IT"/>
              </w:rPr>
              <w:t>Cosa fare in pratica</w:t>
            </w:r>
          </w:p>
        </w:tc>
        <w:tc>
          <w:tcPr>
            <w:tcW w:w="0" w:type="auto"/>
            <w:vAlign w:val="center"/>
            <w:hideMark/>
          </w:tcPr>
          <w:p w14:paraId="23D47EA5" w14:textId="77777777" w:rsidR="00987005" w:rsidRPr="00C026E1" w:rsidRDefault="00987005" w:rsidP="0098700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lang w:val="it-IT" w:eastAsia="it-IT"/>
              </w:rPr>
            </w:pPr>
            <w:r w:rsidRPr="00C026E1">
              <w:rPr>
                <w:rFonts w:ascii="Trebuchet MS" w:eastAsia="Times New Roman" w:hAnsi="Trebuchet MS" w:cs="Times New Roman"/>
                <w:b/>
                <w:bCs/>
                <w:lang w:val="it-IT" w:eastAsia="it-IT"/>
              </w:rPr>
              <w:t>Risultato gestionale (€)</w:t>
            </w:r>
          </w:p>
        </w:tc>
      </w:tr>
      <w:tr w:rsidR="00AA0981" w:rsidRPr="00EA643D" w14:paraId="2B2B5A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B4B68E" w14:textId="77777777" w:rsidR="00987005" w:rsidRPr="00C904F1" w:rsidRDefault="00987005" w:rsidP="00987005">
            <w:pPr>
              <w:spacing w:after="0" w:line="240" w:lineRule="auto"/>
              <w:rPr>
                <w:rFonts w:ascii="Trebuchet MS" w:eastAsia="Times New Roman" w:hAnsi="Trebuchet MS" w:cs="Times New Roman"/>
                <w:lang w:val="it-IT" w:eastAsia="it-IT"/>
              </w:rPr>
            </w:pPr>
            <w:r w:rsidRPr="00C904F1">
              <w:rPr>
                <w:rFonts w:ascii="Trebuchet MS" w:eastAsia="Times New Roman" w:hAnsi="Trebuchet MS" w:cs="Times New Roman"/>
                <w:lang w:val="it-IT" w:eastAsia="it-IT"/>
              </w:rPr>
              <w:t>Base</w:t>
            </w:r>
          </w:p>
        </w:tc>
        <w:tc>
          <w:tcPr>
            <w:tcW w:w="0" w:type="auto"/>
            <w:vAlign w:val="center"/>
            <w:hideMark/>
          </w:tcPr>
          <w:p w14:paraId="2ECC1398" w14:textId="77777777" w:rsidR="00987005" w:rsidRPr="00C026E1" w:rsidRDefault="00987005" w:rsidP="00987005">
            <w:pPr>
              <w:spacing w:after="0" w:line="240" w:lineRule="auto"/>
              <w:rPr>
                <w:rFonts w:ascii="Trebuchet MS" w:eastAsia="Times New Roman" w:hAnsi="Trebuchet MS" w:cs="Times New Roman"/>
                <w:lang w:val="it-IT" w:eastAsia="it-IT"/>
              </w:rPr>
            </w:pPr>
            <w:r w:rsidRPr="00C026E1">
              <w:rPr>
                <w:rFonts w:ascii="Trebuchet MS" w:eastAsia="Times New Roman" w:hAnsi="Trebuchet MS" w:cs="Times New Roman"/>
                <w:lang w:val="it-IT" w:eastAsia="it-IT"/>
              </w:rPr>
              <w:t>Volumi come da §3 del PEF-S (e Allegato D)</w:t>
            </w:r>
          </w:p>
        </w:tc>
        <w:tc>
          <w:tcPr>
            <w:tcW w:w="0" w:type="auto"/>
            <w:vAlign w:val="center"/>
            <w:hideMark/>
          </w:tcPr>
          <w:p w14:paraId="661875EC" w14:textId="77777777" w:rsidR="00987005" w:rsidRPr="00C026E1" w:rsidRDefault="00987005" w:rsidP="00987005">
            <w:pPr>
              <w:spacing w:after="0" w:line="240" w:lineRule="auto"/>
              <w:rPr>
                <w:rFonts w:ascii="Trebuchet MS" w:eastAsia="Times New Roman" w:hAnsi="Trebuchet MS" w:cs="Times New Roman"/>
                <w:lang w:val="it-IT" w:eastAsia="it-IT"/>
              </w:rPr>
            </w:pPr>
            <w:r w:rsidRPr="00C026E1">
              <w:rPr>
                <w:rFonts w:ascii="Trebuchet MS" w:eastAsia="Times New Roman" w:hAnsi="Trebuchet MS" w:cs="Times New Roman"/>
                <w:lang w:val="it-IT" w:eastAsia="it-IT"/>
              </w:rPr>
              <w:t>Compilare il PEF-S con i volumi “standard”</w:t>
            </w:r>
          </w:p>
        </w:tc>
        <w:tc>
          <w:tcPr>
            <w:tcW w:w="0" w:type="auto"/>
            <w:vAlign w:val="center"/>
            <w:hideMark/>
          </w:tcPr>
          <w:p w14:paraId="5370D86B" w14:textId="77777777" w:rsidR="00987005" w:rsidRPr="00C026E1" w:rsidRDefault="00987005" w:rsidP="00987005">
            <w:pPr>
              <w:spacing w:after="0" w:line="240" w:lineRule="auto"/>
              <w:rPr>
                <w:rFonts w:ascii="Trebuchet MS" w:eastAsia="Times New Roman" w:hAnsi="Trebuchet MS" w:cs="Times New Roman"/>
                <w:lang w:val="it-IT" w:eastAsia="it-IT"/>
              </w:rPr>
            </w:pPr>
          </w:p>
        </w:tc>
      </w:tr>
      <w:tr w:rsidR="00AA0981" w:rsidRPr="00EA643D" w14:paraId="459E80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2CCAD3" w14:textId="77777777" w:rsidR="00987005" w:rsidRPr="00C904F1" w:rsidRDefault="00987005" w:rsidP="00987005">
            <w:pPr>
              <w:spacing w:after="0" w:line="240" w:lineRule="auto"/>
              <w:rPr>
                <w:rFonts w:ascii="Trebuchet MS" w:eastAsia="Times New Roman" w:hAnsi="Trebuchet MS" w:cs="Times New Roman"/>
                <w:lang w:val="it-IT" w:eastAsia="it-IT"/>
              </w:rPr>
            </w:pPr>
            <w:r w:rsidRPr="00C904F1">
              <w:rPr>
                <w:rFonts w:ascii="Trebuchet MS" w:eastAsia="Times New Roman" w:hAnsi="Trebuchet MS" w:cs="Times New Roman"/>
                <w:lang w:val="it-IT" w:eastAsia="it-IT"/>
              </w:rPr>
              <w:t>Prudenziale</w:t>
            </w:r>
          </w:p>
        </w:tc>
        <w:tc>
          <w:tcPr>
            <w:tcW w:w="0" w:type="auto"/>
            <w:vAlign w:val="center"/>
            <w:hideMark/>
          </w:tcPr>
          <w:p w14:paraId="066DD4A7" w14:textId="77777777" w:rsidR="00987005" w:rsidRPr="00C026E1" w:rsidRDefault="00987005" w:rsidP="00987005">
            <w:pPr>
              <w:spacing w:after="0" w:line="240" w:lineRule="auto"/>
              <w:rPr>
                <w:rFonts w:ascii="Trebuchet MS" w:eastAsia="Times New Roman" w:hAnsi="Trebuchet MS" w:cs="Times New Roman"/>
                <w:lang w:val="it-IT" w:eastAsia="it-IT"/>
              </w:rPr>
            </w:pPr>
            <w:r w:rsidRPr="00C026E1">
              <w:rPr>
                <w:rFonts w:ascii="Trebuchet MS" w:eastAsia="Times New Roman" w:hAnsi="Trebuchet MS" w:cs="Times New Roman"/>
                <w:b/>
                <w:bCs/>
                <w:lang w:val="it-IT" w:eastAsia="it-IT"/>
              </w:rPr>
              <w:t>-20% volumi</w:t>
            </w:r>
            <w:r w:rsidRPr="00C026E1">
              <w:rPr>
                <w:rFonts w:ascii="Trebuchet MS" w:eastAsia="Times New Roman" w:hAnsi="Trebuchet MS" w:cs="Times New Roman"/>
                <w:lang w:val="it-IT" w:eastAsia="it-IT"/>
              </w:rPr>
              <w:t xml:space="preserve"> (oppure la percentuale indicata in Allegato D)</w:t>
            </w:r>
          </w:p>
        </w:tc>
        <w:tc>
          <w:tcPr>
            <w:tcW w:w="0" w:type="auto"/>
            <w:vAlign w:val="center"/>
            <w:hideMark/>
          </w:tcPr>
          <w:p w14:paraId="3E83AF88" w14:textId="77777777" w:rsidR="00987005" w:rsidRPr="00C026E1" w:rsidRDefault="00987005" w:rsidP="00987005">
            <w:pPr>
              <w:spacing w:after="0" w:line="240" w:lineRule="auto"/>
              <w:rPr>
                <w:rFonts w:ascii="Trebuchet MS" w:eastAsia="Times New Roman" w:hAnsi="Trebuchet MS" w:cs="Times New Roman"/>
                <w:lang w:val="it-IT" w:eastAsia="it-IT"/>
              </w:rPr>
            </w:pPr>
            <w:r w:rsidRPr="00C026E1">
              <w:rPr>
                <w:rFonts w:ascii="Trebuchet MS" w:eastAsia="Times New Roman" w:hAnsi="Trebuchet MS" w:cs="Times New Roman"/>
                <w:lang w:val="it-IT" w:eastAsia="it-IT"/>
              </w:rPr>
              <w:t xml:space="preserve">Ridurre del 20% i volumi e ricalcolare </w:t>
            </w:r>
            <w:r w:rsidR="00AA0981">
              <w:rPr>
                <w:rFonts w:ascii="Trebuchet MS" w:eastAsia="Times New Roman" w:hAnsi="Trebuchet MS" w:cs="Times New Roman"/>
                <w:lang w:val="it-IT" w:eastAsia="it-IT"/>
              </w:rPr>
              <w:t>l’aggio sulla base di quanto indicato nell’offerta economica</w:t>
            </w:r>
          </w:p>
        </w:tc>
        <w:tc>
          <w:tcPr>
            <w:tcW w:w="0" w:type="auto"/>
            <w:vAlign w:val="center"/>
            <w:hideMark/>
          </w:tcPr>
          <w:p w14:paraId="5CF1DC55" w14:textId="77777777" w:rsidR="00987005" w:rsidRPr="00C026E1" w:rsidRDefault="00987005" w:rsidP="00987005">
            <w:pPr>
              <w:spacing w:after="0" w:line="240" w:lineRule="auto"/>
              <w:rPr>
                <w:rFonts w:ascii="Trebuchet MS" w:eastAsia="Times New Roman" w:hAnsi="Trebuchet MS" w:cs="Times New Roman"/>
                <w:lang w:val="it-IT" w:eastAsia="it-IT"/>
              </w:rPr>
            </w:pPr>
          </w:p>
        </w:tc>
      </w:tr>
      <w:tr w:rsidR="00AA0981" w:rsidRPr="00EA643D" w14:paraId="74FE59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AAC2C8" w14:textId="77777777" w:rsidR="00987005" w:rsidRPr="00C904F1" w:rsidRDefault="00987005" w:rsidP="00987005">
            <w:pPr>
              <w:spacing w:after="0" w:line="240" w:lineRule="auto"/>
              <w:rPr>
                <w:rFonts w:ascii="Trebuchet MS" w:eastAsia="Times New Roman" w:hAnsi="Trebuchet MS" w:cs="Times New Roman"/>
                <w:lang w:val="it-IT" w:eastAsia="it-IT"/>
              </w:rPr>
            </w:pPr>
            <w:r w:rsidRPr="00C904F1">
              <w:rPr>
                <w:rFonts w:ascii="Trebuchet MS" w:eastAsia="Times New Roman" w:hAnsi="Trebuchet MS" w:cs="Times New Roman"/>
                <w:lang w:val="it-IT" w:eastAsia="it-IT"/>
              </w:rPr>
              <w:t>Espansivo (</w:t>
            </w:r>
            <w:proofErr w:type="spellStart"/>
            <w:r w:rsidRPr="00C904F1">
              <w:rPr>
                <w:rFonts w:ascii="Trebuchet MS" w:eastAsia="Times New Roman" w:hAnsi="Trebuchet MS" w:cs="Times New Roman"/>
                <w:lang w:val="it-IT" w:eastAsia="it-IT"/>
              </w:rPr>
              <w:t>fac</w:t>
            </w:r>
            <w:proofErr w:type="spellEnd"/>
            <w:r w:rsidRPr="00C904F1">
              <w:rPr>
                <w:rFonts w:ascii="Trebuchet MS" w:eastAsia="Times New Roman" w:hAnsi="Trebuchet MS" w:cs="Times New Roman"/>
                <w:lang w:val="it-IT" w:eastAsia="it-IT"/>
              </w:rPr>
              <w:t>.)</w:t>
            </w:r>
          </w:p>
        </w:tc>
        <w:tc>
          <w:tcPr>
            <w:tcW w:w="0" w:type="auto"/>
            <w:vAlign w:val="center"/>
            <w:hideMark/>
          </w:tcPr>
          <w:p w14:paraId="6DFF60F3" w14:textId="77777777" w:rsidR="00987005" w:rsidRPr="00C026E1" w:rsidRDefault="00987005" w:rsidP="00987005">
            <w:pPr>
              <w:spacing w:after="0" w:line="240" w:lineRule="auto"/>
              <w:rPr>
                <w:rFonts w:ascii="Trebuchet MS" w:eastAsia="Times New Roman" w:hAnsi="Trebuchet MS" w:cs="Times New Roman"/>
                <w:lang w:val="it-IT" w:eastAsia="it-IT"/>
              </w:rPr>
            </w:pPr>
            <w:r w:rsidRPr="00C026E1">
              <w:rPr>
                <w:rFonts w:ascii="Trebuchet MS" w:eastAsia="Times New Roman" w:hAnsi="Trebuchet MS" w:cs="Times New Roman"/>
                <w:b/>
                <w:bCs/>
                <w:lang w:val="it-IT" w:eastAsia="it-IT"/>
              </w:rPr>
              <w:t>+20% volumi</w:t>
            </w:r>
          </w:p>
        </w:tc>
        <w:tc>
          <w:tcPr>
            <w:tcW w:w="0" w:type="auto"/>
            <w:vAlign w:val="center"/>
            <w:hideMark/>
          </w:tcPr>
          <w:p w14:paraId="79373280" w14:textId="77777777" w:rsidR="00987005" w:rsidRPr="00C026E1" w:rsidRDefault="00987005" w:rsidP="00987005">
            <w:pPr>
              <w:spacing w:after="0" w:line="240" w:lineRule="auto"/>
              <w:rPr>
                <w:rFonts w:ascii="Trebuchet MS" w:eastAsia="Times New Roman" w:hAnsi="Trebuchet MS" w:cs="Times New Roman"/>
                <w:lang w:val="it-IT" w:eastAsia="it-IT"/>
              </w:rPr>
            </w:pPr>
            <w:r w:rsidRPr="00C026E1">
              <w:rPr>
                <w:rFonts w:ascii="Trebuchet MS" w:eastAsia="Times New Roman" w:hAnsi="Trebuchet MS" w:cs="Times New Roman"/>
                <w:lang w:val="it-IT" w:eastAsia="it-IT"/>
              </w:rPr>
              <w:t xml:space="preserve">Aumentare del 20% i volumi e ricalcolare </w:t>
            </w:r>
            <w:r w:rsidR="00AA0981">
              <w:rPr>
                <w:rFonts w:ascii="Trebuchet MS" w:eastAsia="Times New Roman" w:hAnsi="Trebuchet MS" w:cs="Times New Roman"/>
                <w:lang w:val="it-IT" w:eastAsia="it-IT"/>
              </w:rPr>
              <w:t>l’aggio sulla base di quanto indicato nell’offerta economica</w:t>
            </w:r>
          </w:p>
        </w:tc>
        <w:tc>
          <w:tcPr>
            <w:tcW w:w="0" w:type="auto"/>
            <w:vAlign w:val="center"/>
            <w:hideMark/>
          </w:tcPr>
          <w:p w14:paraId="55994BD0" w14:textId="77777777" w:rsidR="00987005" w:rsidRPr="00C026E1" w:rsidRDefault="00987005" w:rsidP="00987005">
            <w:pPr>
              <w:spacing w:after="0" w:line="240" w:lineRule="auto"/>
              <w:rPr>
                <w:rFonts w:ascii="Trebuchet MS" w:eastAsia="Times New Roman" w:hAnsi="Trebuchet MS" w:cs="Times New Roman"/>
                <w:lang w:val="it-IT" w:eastAsia="it-IT"/>
              </w:rPr>
            </w:pPr>
          </w:p>
        </w:tc>
      </w:tr>
    </w:tbl>
    <w:p w14:paraId="5CB7D0E1" w14:textId="77777777" w:rsidR="005C03AB" w:rsidRDefault="005C03AB">
      <w:pPr>
        <w:rPr>
          <w:rFonts w:ascii="Trebuchet MS" w:hAnsi="Trebuchet MS"/>
          <w:lang w:val="it-IT"/>
        </w:rPr>
      </w:pPr>
    </w:p>
    <w:p w14:paraId="0182B084" w14:textId="0D01F8AF" w:rsidR="00D22FA7" w:rsidRPr="00C026E1" w:rsidRDefault="00D22FA7">
      <w:pPr>
        <w:rPr>
          <w:rFonts w:ascii="Trebuchet MS" w:hAnsi="Trebuchet MS"/>
          <w:lang w:val="it-IT"/>
        </w:rPr>
      </w:pPr>
      <w:r>
        <w:rPr>
          <w:rFonts w:ascii="Trebuchet MS" w:hAnsi="Trebuchet MS"/>
          <w:lang w:val="it-IT"/>
        </w:rPr>
        <w:t>Per pervenire al risultato di gestione da indicare nel prospetto di cui sopra è possibile utilizzare l’allegato F (foglio Excel). In tale allegato è stata indicata la percentuale di aggio del 40%. Tale percentuale dovrà però essere sostituita con quella effettivamente offerta in sede di gara.</w:t>
      </w:r>
    </w:p>
    <w:p w14:paraId="12D51E49" w14:textId="77777777" w:rsidR="005C03AB" w:rsidRPr="00C026E1" w:rsidRDefault="00062D65">
      <w:pPr>
        <w:rPr>
          <w:rFonts w:ascii="Trebuchet MS" w:hAnsi="Trebuchet MS"/>
          <w:lang w:val="it-IT"/>
        </w:rPr>
      </w:pPr>
      <w:r w:rsidRPr="00C026E1">
        <w:rPr>
          <w:rFonts w:ascii="Trebuchet MS" w:hAnsi="Trebuchet MS"/>
          <w:b/>
          <w:lang w:val="it-IT"/>
        </w:rPr>
        <w:t>11. DICHIARAZIONE FINALE</w:t>
      </w:r>
    </w:p>
    <w:p w14:paraId="14F78221" w14:textId="77777777" w:rsidR="005C03AB" w:rsidRPr="00C026E1" w:rsidRDefault="00062D65">
      <w:pPr>
        <w:rPr>
          <w:rFonts w:ascii="Trebuchet MS" w:hAnsi="Trebuchet MS"/>
          <w:lang w:val="it-IT"/>
        </w:rPr>
      </w:pPr>
      <w:r w:rsidRPr="00C026E1">
        <w:rPr>
          <w:rFonts w:ascii="Trebuchet MS" w:hAnsi="Trebuchet MS"/>
          <w:lang w:val="it-IT"/>
        </w:rPr>
        <w:lastRenderedPageBreak/>
        <w:t>Il sottoscritto dichiara che il presente PEF-S è redatto in buona fede sulla base dei dati e delle ipotesi fornite dalla Stazione Appaltante (Allegato D) e che l’organizzazione proposta consente l’esecuzione della concessione in condizioni di sostenibilità economico-finanziaria.</w:t>
      </w:r>
    </w:p>
    <w:p w14:paraId="7647FAE3" w14:textId="77777777" w:rsidR="005C03AB" w:rsidRPr="00C026E1" w:rsidRDefault="00062D65">
      <w:pPr>
        <w:rPr>
          <w:rFonts w:ascii="Trebuchet MS" w:hAnsi="Trebuchet MS"/>
          <w:lang w:val="it-IT"/>
        </w:rPr>
      </w:pPr>
      <w:r w:rsidRPr="00C026E1">
        <w:rPr>
          <w:rFonts w:ascii="Trebuchet MS" w:hAnsi="Trebuchet MS"/>
          <w:lang w:val="it-IT"/>
        </w:rPr>
        <w:t>Luogo e data: _________________________</w:t>
      </w:r>
    </w:p>
    <w:p w14:paraId="4270BA92" w14:textId="77777777" w:rsidR="005C03AB" w:rsidRPr="00062D65" w:rsidRDefault="00062D65">
      <w:pPr>
        <w:rPr>
          <w:rFonts w:ascii="Trebuchet MS" w:hAnsi="Trebuchet MS"/>
          <w:lang w:val="it-IT"/>
        </w:rPr>
      </w:pPr>
      <w:r w:rsidRPr="00062D65">
        <w:rPr>
          <w:rFonts w:ascii="Trebuchet MS" w:hAnsi="Trebuchet MS"/>
          <w:lang w:val="it-IT"/>
        </w:rPr>
        <w:t>Firma digitale del legale rappresentante / procuratore: _________________________</w:t>
      </w:r>
    </w:p>
    <w:sectPr w:rsidR="005C03AB" w:rsidRPr="00062D65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0B804DE"/>
    <w:multiLevelType w:val="multilevel"/>
    <w:tmpl w:val="C1B00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453A20"/>
    <w:multiLevelType w:val="multilevel"/>
    <w:tmpl w:val="1FB6E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78136E9"/>
    <w:multiLevelType w:val="multilevel"/>
    <w:tmpl w:val="9202C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6014635">
    <w:abstractNumId w:val="8"/>
  </w:num>
  <w:num w:numId="2" w16cid:durableId="584729974">
    <w:abstractNumId w:val="6"/>
  </w:num>
  <w:num w:numId="3" w16cid:durableId="1839611879">
    <w:abstractNumId w:val="5"/>
  </w:num>
  <w:num w:numId="4" w16cid:durableId="736590795">
    <w:abstractNumId w:val="4"/>
  </w:num>
  <w:num w:numId="5" w16cid:durableId="469712808">
    <w:abstractNumId w:val="7"/>
  </w:num>
  <w:num w:numId="6" w16cid:durableId="1111247796">
    <w:abstractNumId w:val="3"/>
  </w:num>
  <w:num w:numId="7" w16cid:durableId="316342650">
    <w:abstractNumId w:val="2"/>
  </w:num>
  <w:num w:numId="8" w16cid:durableId="1903711941">
    <w:abstractNumId w:val="1"/>
  </w:num>
  <w:num w:numId="9" w16cid:durableId="330380026">
    <w:abstractNumId w:val="0"/>
  </w:num>
  <w:num w:numId="10" w16cid:durableId="1240479904">
    <w:abstractNumId w:val="11"/>
  </w:num>
  <w:num w:numId="11" w16cid:durableId="1035272309">
    <w:abstractNumId w:val="9"/>
  </w:num>
  <w:num w:numId="12" w16cid:durableId="8106314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62D65"/>
    <w:rsid w:val="0007414D"/>
    <w:rsid w:val="0015074B"/>
    <w:rsid w:val="001F0AB7"/>
    <w:rsid w:val="0025449A"/>
    <w:rsid w:val="0029639D"/>
    <w:rsid w:val="00326F90"/>
    <w:rsid w:val="003564CE"/>
    <w:rsid w:val="00557BB4"/>
    <w:rsid w:val="005A0B5A"/>
    <w:rsid w:val="005C03AB"/>
    <w:rsid w:val="006E2539"/>
    <w:rsid w:val="007C6DC9"/>
    <w:rsid w:val="007D10AD"/>
    <w:rsid w:val="008822CE"/>
    <w:rsid w:val="00987005"/>
    <w:rsid w:val="00A02C41"/>
    <w:rsid w:val="00AA0981"/>
    <w:rsid w:val="00AA1D8D"/>
    <w:rsid w:val="00AA2379"/>
    <w:rsid w:val="00AF52E3"/>
    <w:rsid w:val="00B36B62"/>
    <w:rsid w:val="00B47730"/>
    <w:rsid w:val="00B50A41"/>
    <w:rsid w:val="00C026E1"/>
    <w:rsid w:val="00C83D8A"/>
    <w:rsid w:val="00C904F1"/>
    <w:rsid w:val="00CB0664"/>
    <w:rsid w:val="00D06C3B"/>
    <w:rsid w:val="00D22FA7"/>
    <w:rsid w:val="00EA643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1CA1AC"/>
  <w14:defaultImageDpi w14:val="300"/>
  <w15:docId w15:val="{9BE1EF3C-312B-41B5-86A0-CACDC0FD7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  <w:rPr>
      <w:rFonts w:ascii="Calibri" w:hAnsi="Calibri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801</Words>
  <Characters>4438</Characters>
  <Application>Microsoft Office Word</Application>
  <DocSecurity>0</DocSecurity>
  <Lines>369</Lines>
  <Paragraphs>249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4990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Marco Putto Gnerro</cp:lastModifiedBy>
  <cp:revision>7</cp:revision>
  <dcterms:created xsi:type="dcterms:W3CDTF">2026-02-11T11:34:00Z</dcterms:created>
  <dcterms:modified xsi:type="dcterms:W3CDTF">2026-03-05T15:26:00Z</dcterms:modified>
  <cp:category/>
</cp:coreProperties>
</file>